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B5F" w:rsidRPr="002C685A" w:rsidRDefault="00316B5F" w:rsidP="00316B5F">
      <w:pPr>
        <w:rPr>
          <w:sz w:val="21"/>
        </w:rPr>
      </w:pPr>
      <w:bookmarkStart w:id="0" w:name="_GoBack"/>
      <w:bookmarkEnd w:id="0"/>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2C685A" w:rsidRDefault="00316B5F" w:rsidP="00316B5F">
      <w:pPr>
        <w:rPr>
          <w:sz w:val="21"/>
        </w:rPr>
      </w:pPr>
    </w:p>
    <w:p w:rsidR="00316B5F" w:rsidRPr="00E7524A" w:rsidRDefault="00316B5F" w:rsidP="00316B5F"/>
    <w:p w:rsidR="00316B5F" w:rsidRPr="00E7524A" w:rsidRDefault="00316B5F" w:rsidP="00316B5F">
      <w:pPr>
        <w:jc w:val="center"/>
        <w:rPr>
          <w:sz w:val="32"/>
          <w:szCs w:val="32"/>
          <w:lang w:eastAsia="ja-JP"/>
        </w:rPr>
      </w:pPr>
      <w:r>
        <w:rPr>
          <w:rFonts w:hint="eastAsia"/>
          <w:sz w:val="32"/>
          <w:szCs w:val="32"/>
          <w:lang w:eastAsia="ja-JP"/>
        </w:rPr>
        <w:t>タブレット端末</w:t>
      </w:r>
      <w:r>
        <w:rPr>
          <w:rFonts w:hint="eastAsia"/>
          <w:sz w:val="32"/>
          <w:szCs w:val="32"/>
          <w:lang w:eastAsia="ja-JP"/>
        </w:rPr>
        <w:t xml:space="preserve"> </w:t>
      </w:r>
      <w:r w:rsidRPr="00E7524A">
        <w:rPr>
          <w:rFonts w:hint="eastAsia"/>
          <w:sz w:val="32"/>
          <w:szCs w:val="32"/>
          <w:lang w:eastAsia="ja-JP"/>
        </w:rPr>
        <w:t>仕様書</w:t>
      </w:r>
    </w:p>
    <w:p w:rsidR="00316B5F" w:rsidRPr="002C685A" w:rsidRDefault="00316B5F" w:rsidP="00316B5F">
      <w:pPr>
        <w:rPr>
          <w:sz w:val="21"/>
          <w:lang w:eastAsia="ja-JP"/>
        </w:rPr>
      </w:pPr>
    </w:p>
    <w:p w:rsidR="00316B5F" w:rsidRPr="002C685A" w:rsidRDefault="00316B5F" w:rsidP="00316B5F">
      <w:pPr>
        <w:rPr>
          <w:sz w:val="21"/>
          <w:lang w:eastAsia="ja-JP"/>
        </w:rPr>
      </w:pPr>
    </w:p>
    <w:p w:rsidR="00316B5F" w:rsidRPr="002C685A" w:rsidRDefault="00316B5F" w:rsidP="00316B5F">
      <w:pPr>
        <w:rPr>
          <w:sz w:val="21"/>
          <w:lang w:eastAsia="ja-JP"/>
        </w:rPr>
      </w:pPr>
    </w:p>
    <w:p w:rsidR="00316B5F" w:rsidRPr="002C685A" w:rsidRDefault="00316B5F" w:rsidP="00316B5F">
      <w:pPr>
        <w:rPr>
          <w:sz w:val="21"/>
          <w:lang w:eastAsia="ja-JP"/>
        </w:rPr>
      </w:pPr>
    </w:p>
    <w:p w:rsidR="00316B5F" w:rsidRPr="002C685A" w:rsidRDefault="00316B5F" w:rsidP="00316B5F">
      <w:pPr>
        <w:rPr>
          <w:rFonts w:asciiTheme="minorEastAsia" w:hAnsiTheme="minorEastAsia"/>
          <w:szCs w:val="24"/>
          <w:lang w:eastAsia="ja-JP"/>
        </w:rPr>
      </w:pPr>
    </w:p>
    <w:p w:rsidR="00316B5F" w:rsidRPr="002C685A" w:rsidRDefault="00316B5F" w:rsidP="00316B5F">
      <w:pPr>
        <w:rPr>
          <w:rFonts w:asciiTheme="minorEastAsia" w:hAnsiTheme="minorEastAsia"/>
          <w:szCs w:val="24"/>
          <w:lang w:eastAsia="ja-JP"/>
        </w:rPr>
      </w:pPr>
    </w:p>
    <w:p w:rsidR="00316B5F" w:rsidRPr="002C685A" w:rsidRDefault="00316B5F" w:rsidP="00316B5F">
      <w:pPr>
        <w:rPr>
          <w:rFonts w:asciiTheme="minorEastAsia" w:hAnsiTheme="minorEastAsia"/>
          <w:szCs w:val="24"/>
          <w:lang w:eastAsia="ja-JP"/>
        </w:rPr>
      </w:pPr>
    </w:p>
    <w:p w:rsidR="002C685A" w:rsidRPr="00E7524A" w:rsidRDefault="002C685A" w:rsidP="00316B5F">
      <w:pPr>
        <w:rPr>
          <w:rFonts w:asciiTheme="minorEastAsia" w:hAnsiTheme="minorEastAsia"/>
          <w:sz w:val="24"/>
          <w:szCs w:val="24"/>
          <w:lang w:eastAsia="ja-JP"/>
        </w:rPr>
      </w:pPr>
    </w:p>
    <w:p w:rsidR="00316B5F" w:rsidRPr="00E7524A" w:rsidRDefault="00316B5F" w:rsidP="00316B5F">
      <w:pPr>
        <w:jc w:val="center"/>
        <w:rPr>
          <w:rFonts w:asciiTheme="minorEastAsia" w:hAnsiTheme="minorEastAsia"/>
          <w:sz w:val="24"/>
          <w:szCs w:val="24"/>
          <w:lang w:eastAsia="ja-JP"/>
        </w:rPr>
      </w:pPr>
      <w:r w:rsidRPr="00E7524A">
        <w:rPr>
          <w:rFonts w:asciiTheme="minorEastAsia" w:hAnsiTheme="minorEastAsia" w:hint="eastAsia"/>
          <w:sz w:val="24"/>
          <w:szCs w:val="24"/>
          <w:lang w:eastAsia="ja-JP"/>
        </w:rPr>
        <w:t>令和</w:t>
      </w:r>
      <w:r>
        <w:rPr>
          <w:rFonts w:asciiTheme="minorEastAsia" w:hAnsiTheme="minorEastAsia" w:hint="eastAsia"/>
          <w:sz w:val="24"/>
          <w:szCs w:val="24"/>
          <w:lang w:eastAsia="ja-JP"/>
        </w:rPr>
        <w:t>８</w:t>
      </w:r>
      <w:r w:rsidRPr="00E7524A">
        <w:rPr>
          <w:rFonts w:asciiTheme="minorEastAsia" w:hAnsiTheme="minorEastAsia" w:hint="eastAsia"/>
          <w:sz w:val="24"/>
          <w:szCs w:val="24"/>
          <w:lang w:eastAsia="ja-JP"/>
        </w:rPr>
        <w:t>年</w:t>
      </w:r>
      <w:r>
        <w:rPr>
          <w:rFonts w:asciiTheme="minorEastAsia" w:hAnsiTheme="minorEastAsia" w:hint="eastAsia"/>
          <w:sz w:val="24"/>
          <w:szCs w:val="24"/>
          <w:lang w:eastAsia="ja-JP"/>
        </w:rPr>
        <w:t>７</w:t>
      </w:r>
      <w:r w:rsidRPr="00E7524A">
        <w:rPr>
          <w:rFonts w:asciiTheme="minorEastAsia" w:hAnsiTheme="minorEastAsia" w:hint="eastAsia"/>
          <w:sz w:val="24"/>
          <w:szCs w:val="24"/>
          <w:lang w:eastAsia="ja-JP"/>
        </w:rPr>
        <w:t>月</w:t>
      </w:r>
    </w:p>
    <w:p w:rsidR="00316B5F" w:rsidRPr="00E7524A" w:rsidRDefault="00316B5F" w:rsidP="00316B5F">
      <w:pPr>
        <w:jc w:val="center"/>
        <w:rPr>
          <w:rFonts w:asciiTheme="minorEastAsia" w:hAnsiTheme="minorEastAsia"/>
          <w:sz w:val="24"/>
          <w:szCs w:val="24"/>
          <w:lang w:eastAsia="ja-JP"/>
        </w:rPr>
      </w:pPr>
    </w:p>
    <w:p w:rsidR="00316B5F" w:rsidRPr="00A936B3" w:rsidRDefault="00316B5F" w:rsidP="00316B5F">
      <w:pPr>
        <w:jc w:val="center"/>
        <w:rPr>
          <w:rFonts w:asciiTheme="minorEastAsia" w:hAnsiTheme="minorEastAsia"/>
          <w:sz w:val="24"/>
          <w:szCs w:val="24"/>
        </w:rPr>
      </w:pPr>
      <w:r w:rsidRPr="00E7524A">
        <w:rPr>
          <w:rFonts w:asciiTheme="minorEastAsia" w:hAnsiTheme="minorEastAsia" w:hint="eastAsia"/>
          <w:sz w:val="24"/>
          <w:szCs w:val="24"/>
          <w:lang w:eastAsia="ja-JP"/>
        </w:rPr>
        <w:br/>
      </w:r>
      <w:r>
        <w:rPr>
          <w:rFonts w:asciiTheme="minorEastAsia" w:hAnsiTheme="minorEastAsia" w:hint="eastAsia"/>
          <w:sz w:val="24"/>
          <w:szCs w:val="24"/>
        </w:rPr>
        <w:t xml:space="preserve">和歌山市　</w:t>
      </w:r>
      <w:proofErr w:type="spellStart"/>
      <w:r>
        <w:rPr>
          <w:rFonts w:asciiTheme="minorEastAsia" w:hAnsiTheme="minorEastAsia" w:hint="eastAsia"/>
          <w:sz w:val="24"/>
          <w:szCs w:val="24"/>
        </w:rPr>
        <w:t>総合防災課</w:t>
      </w:r>
      <w:proofErr w:type="spellEnd"/>
    </w:p>
    <w:p w:rsidR="00316B5F" w:rsidRDefault="00316B5F" w:rsidP="00316B5F">
      <w:pPr>
        <w:rPr>
          <w:rFonts w:ascii="BIZ UDP明朝 Medium" w:eastAsia="BIZ UDP明朝 Medium" w:hAnsi="BIZ UDP明朝 Medium"/>
          <w:sz w:val="28"/>
          <w:lang w:eastAsia="ja-JP"/>
        </w:rPr>
      </w:pPr>
    </w:p>
    <w:p w:rsidR="003A4069" w:rsidRPr="00025580" w:rsidRDefault="00317E9A" w:rsidP="00177E2E">
      <w:pPr>
        <w:pStyle w:val="21"/>
        <w:numPr>
          <w:ilvl w:val="0"/>
          <w:numId w:val="16"/>
        </w:numPr>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lastRenderedPageBreak/>
        <w:t xml:space="preserve">　調達物品</w:t>
      </w:r>
    </w:p>
    <w:p w:rsidR="003A4069" w:rsidRPr="00025580" w:rsidRDefault="006C7182" w:rsidP="00177E2E">
      <w:pPr>
        <w:pStyle w:val="ae"/>
        <w:numPr>
          <w:ilvl w:val="0"/>
          <w:numId w:val="14"/>
        </w:numPr>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避難所受付</w:t>
      </w:r>
      <w:r w:rsidR="00317E9A" w:rsidRPr="00025580">
        <w:rPr>
          <w:rFonts w:ascii="BIZ UDP明朝 Medium" w:eastAsia="BIZ UDP明朝 Medium" w:hAnsi="BIZ UDP明朝 Medium"/>
          <w:lang w:eastAsia="ja-JP"/>
        </w:rPr>
        <w:t>業務に使用する</w:t>
      </w:r>
      <w:r w:rsidR="00F9509F" w:rsidRPr="00025580">
        <w:rPr>
          <w:rFonts w:ascii="BIZ UDP明朝 Medium" w:eastAsia="BIZ UDP明朝 Medium" w:hAnsi="BIZ UDP明朝 Medium" w:hint="eastAsia"/>
          <w:lang w:eastAsia="ja-JP"/>
        </w:rPr>
        <w:t>タブレット端末160台、付属充電器160式及び必要に応じてNFC読取機160台</w:t>
      </w:r>
    </w:p>
    <w:p w:rsidR="00177E2E" w:rsidRPr="00025580" w:rsidRDefault="00317E9A" w:rsidP="00177E2E">
      <w:pPr>
        <w:pStyle w:val="21"/>
        <w:numPr>
          <w:ilvl w:val="0"/>
          <w:numId w:val="16"/>
        </w:numPr>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 xml:space="preserve">　調達目的</w:t>
      </w:r>
    </w:p>
    <w:p w:rsidR="003A4069" w:rsidRPr="00025580" w:rsidRDefault="00317E9A" w:rsidP="006C7182">
      <w:pPr>
        <w:pStyle w:val="ae"/>
        <w:numPr>
          <w:ilvl w:val="0"/>
          <w:numId w:val="17"/>
        </w:num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本調達は、</w:t>
      </w:r>
      <w:r w:rsidR="006C7182" w:rsidRPr="00025580">
        <w:rPr>
          <w:rFonts w:ascii="BIZ UDP明朝 Medium" w:eastAsia="BIZ UDP明朝 Medium" w:hAnsi="BIZ UDP明朝 Medium" w:hint="eastAsia"/>
          <w:lang w:eastAsia="ja-JP"/>
        </w:rPr>
        <w:t>避難所受付</w:t>
      </w:r>
      <w:r w:rsidRPr="00025580">
        <w:rPr>
          <w:rFonts w:ascii="BIZ UDP明朝 Medium" w:eastAsia="BIZ UDP明朝 Medium" w:hAnsi="BIZ UDP明朝 Medium"/>
          <w:lang w:eastAsia="ja-JP"/>
        </w:rPr>
        <w:t>業務に使用するタブレット端末を導入することを目的とする</w:t>
      </w:r>
    </w:p>
    <w:p w:rsidR="003A4069" w:rsidRPr="00025580" w:rsidRDefault="00317E9A" w:rsidP="00177E2E">
      <w:pPr>
        <w:pStyle w:val="21"/>
        <w:numPr>
          <w:ilvl w:val="0"/>
          <w:numId w:val="16"/>
        </w:numPr>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 xml:space="preserve">　基本要件</w:t>
      </w:r>
    </w:p>
    <w:p w:rsidR="000D067A" w:rsidRPr="00025580" w:rsidRDefault="00317E9A" w:rsidP="00177E2E">
      <w:pPr>
        <w:pStyle w:val="ae"/>
        <w:numPr>
          <w:ilvl w:val="0"/>
          <w:numId w:val="18"/>
        </w:num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本仕様書に示す仕様と同等以上の性能を有する製品であること</w:t>
      </w:r>
    </w:p>
    <w:p w:rsidR="00855645" w:rsidRDefault="00F9509F" w:rsidP="00855645">
      <w:pPr>
        <w:pStyle w:val="ae"/>
        <w:numPr>
          <w:ilvl w:val="0"/>
          <w:numId w:val="18"/>
        </w:numPr>
        <w:tabs>
          <w:tab w:val="left" w:pos="1276"/>
        </w:tabs>
        <w:spacing w:line="360" w:lineRule="auto"/>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４（１）、４（２）又は４（３）の仕様を満たしたタブレット端末を</w:t>
      </w:r>
      <w:r w:rsidR="00A16DAC">
        <w:rPr>
          <w:rFonts w:ascii="BIZ UDP明朝 Medium" w:eastAsia="BIZ UDP明朝 Medium" w:hAnsi="BIZ UDP明朝 Medium" w:hint="eastAsia"/>
          <w:lang w:eastAsia="ja-JP"/>
        </w:rPr>
        <w:t>160</w:t>
      </w:r>
      <w:r w:rsidRPr="00025580">
        <w:rPr>
          <w:rFonts w:ascii="BIZ UDP明朝 Medium" w:eastAsia="BIZ UDP明朝 Medium" w:hAnsi="BIZ UDP明朝 Medium" w:hint="eastAsia"/>
          <w:lang w:eastAsia="ja-JP"/>
        </w:rPr>
        <w:t>台用意すること</w:t>
      </w:r>
    </w:p>
    <w:p w:rsidR="0058759B" w:rsidRPr="00855645" w:rsidRDefault="0058759B" w:rsidP="00855645">
      <w:pPr>
        <w:pStyle w:val="ae"/>
        <w:tabs>
          <w:tab w:val="left" w:pos="1276"/>
        </w:tabs>
        <w:spacing w:line="360" w:lineRule="auto"/>
        <w:ind w:left="420"/>
        <w:rPr>
          <w:rFonts w:ascii="BIZ UDP明朝 Medium" w:eastAsia="BIZ UDP明朝 Medium" w:hAnsi="BIZ UDP明朝 Medium"/>
          <w:lang w:eastAsia="ja-JP"/>
        </w:rPr>
      </w:pPr>
      <w:r w:rsidRPr="00855645">
        <w:rPr>
          <w:rFonts w:ascii="BIZ UDP明朝 Medium" w:eastAsia="BIZ UDP明朝 Medium" w:hAnsi="BIZ UDP明朝 Medium"/>
          <w:lang w:eastAsia="ja-JP"/>
        </w:rPr>
        <w:t>NFC機能を内蔵していない</w:t>
      </w:r>
      <w:r w:rsidRPr="00855645">
        <w:rPr>
          <w:rFonts w:ascii="BIZ UDP明朝 Medium" w:eastAsia="BIZ UDP明朝 Medium" w:hAnsi="BIZ UDP明朝 Medium" w:hint="eastAsia"/>
          <w:lang w:eastAsia="ja-JP"/>
        </w:rPr>
        <w:t>タブレット端末を用意する</w:t>
      </w:r>
      <w:r w:rsidRPr="00855645">
        <w:rPr>
          <w:rFonts w:ascii="BIZ UDP明朝 Medium" w:eastAsia="BIZ UDP明朝 Medium" w:hAnsi="BIZ UDP明朝 Medium"/>
          <w:lang w:eastAsia="ja-JP"/>
        </w:rPr>
        <w:t>場合は、Bluetooth接続可能なNFC読取機を</w:t>
      </w:r>
      <w:r w:rsidR="00855645" w:rsidRPr="00855645">
        <w:rPr>
          <w:rFonts w:ascii="BIZ UDP明朝 Medium" w:eastAsia="BIZ UDP明朝 Medium" w:hAnsi="BIZ UDP明朝 Medium" w:hint="eastAsia"/>
          <w:lang w:eastAsia="ja-JP"/>
        </w:rPr>
        <w:t>160</w:t>
      </w:r>
      <w:r w:rsidRPr="00855645">
        <w:rPr>
          <w:rFonts w:ascii="BIZ UDP明朝 Medium" w:eastAsia="BIZ UDP明朝 Medium" w:hAnsi="BIZ UDP明朝 Medium" w:hint="eastAsia"/>
          <w:lang w:eastAsia="ja-JP"/>
        </w:rPr>
        <w:t>台用意すること</w:t>
      </w:r>
    </w:p>
    <w:p w:rsidR="00855645" w:rsidRDefault="00A16DAC" w:rsidP="00177E2E">
      <w:pPr>
        <w:pStyle w:val="ae"/>
        <w:numPr>
          <w:ilvl w:val="0"/>
          <w:numId w:val="18"/>
        </w:num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一般的な商用電源（</w:t>
      </w:r>
      <w:proofErr w:type="spellStart"/>
      <w:r w:rsidRPr="00025580">
        <w:rPr>
          <w:rFonts w:ascii="BIZ UDP明朝 Medium" w:eastAsia="BIZ UDP明朝 Medium" w:hAnsi="BIZ UDP明朝 Medium" w:hint="eastAsia"/>
          <w:lang w:eastAsia="ja-JP"/>
        </w:rPr>
        <w:t>AC100V</w:t>
      </w:r>
      <w:proofErr w:type="spellEnd"/>
      <w:r w:rsidRPr="00025580">
        <w:rPr>
          <w:rFonts w:ascii="BIZ UDP明朝 Medium" w:eastAsia="BIZ UDP明朝 Medium" w:hAnsi="BIZ UDP明朝 Medium" w:hint="eastAsia"/>
          <w:lang w:eastAsia="ja-JP"/>
        </w:rPr>
        <w:t>）で</w:t>
      </w:r>
      <w:r w:rsidR="006874F8" w:rsidRPr="00025580">
        <w:rPr>
          <w:rFonts w:ascii="BIZ UDP明朝 Medium" w:eastAsia="BIZ UDP明朝 Medium" w:hAnsi="BIZ UDP明朝 Medium" w:hint="eastAsia"/>
          <w:lang w:eastAsia="ja-JP"/>
        </w:rPr>
        <w:t>充電が可能であること</w:t>
      </w:r>
    </w:p>
    <w:p w:rsidR="006874F8" w:rsidRPr="00025580" w:rsidRDefault="006874F8" w:rsidP="00855645">
      <w:pPr>
        <w:pStyle w:val="ae"/>
        <w:spacing w:line="360" w:lineRule="auto"/>
        <w:ind w:left="420"/>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充電に必要なACアダプタ及びケーブルを付属すること</w:t>
      </w:r>
    </w:p>
    <w:p w:rsidR="00177E2E" w:rsidRPr="00025580" w:rsidRDefault="00177E2E" w:rsidP="00177E2E">
      <w:pPr>
        <w:pStyle w:val="ae"/>
        <w:numPr>
          <w:ilvl w:val="0"/>
          <w:numId w:val="18"/>
        </w:num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納品したタブレット端末での避難所受付システムの動作を保証すること</w:t>
      </w:r>
    </w:p>
    <w:p w:rsidR="0058759B" w:rsidRPr="00025580" w:rsidRDefault="0058759B" w:rsidP="0058759B">
      <w:pPr>
        <w:rPr>
          <w:lang w:eastAsia="ja-JP"/>
        </w:rPr>
      </w:pPr>
      <w:r w:rsidRPr="00025580">
        <w:rPr>
          <w:lang w:eastAsia="ja-JP"/>
        </w:rPr>
        <w:br w:type="page"/>
      </w:r>
    </w:p>
    <w:p w:rsidR="003A4069" w:rsidRPr="00025580" w:rsidRDefault="00317E9A">
      <w:pPr>
        <w:pStyle w:val="21"/>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lastRenderedPageBreak/>
        <w:t>４　タブレット端末仕様</w:t>
      </w:r>
    </w:p>
    <w:p w:rsidR="003A4069" w:rsidRPr="00025580" w:rsidRDefault="00317E9A" w:rsidP="00177E2E">
      <w:pPr>
        <w:pStyle w:val="31"/>
        <w:numPr>
          <w:ilvl w:val="0"/>
          <w:numId w:val="21"/>
        </w:numPr>
        <w:rPr>
          <w:rFonts w:ascii="BIZ UDP明朝 Medium" w:eastAsia="BIZ UDP明朝 Medium" w:hAnsi="BIZ UDP明朝 Medium"/>
          <w:color w:val="auto"/>
          <w:lang w:eastAsia="ja-JP"/>
        </w:rPr>
      </w:pPr>
      <w:r w:rsidRPr="00025580">
        <w:rPr>
          <w:rFonts w:ascii="BIZ UDP明朝 Medium" w:eastAsia="BIZ UDP明朝 Medium" w:hAnsi="BIZ UDP明朝 Medium"/>
          <w:color w:val="auto"/>
          <w:lang w:eastAsia="ja-JP"/>
        </w:rPr>
        <w:t>Android端末</w:t>
      </w:r>
    </w:p>
    <w:p w:rsidR="00FA0DF5" w:rsidRPr="00025580" w:rsidRDefault="00FA0DF5" w:rsidP="00FA0DF5">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025580" w:rsidRPr="00025580" w:rsidTr="00304ED2">
        <w:tc>
          <w:tcPr>
            <w:tcW w:w="4315" w:type="dxa"/>
            <w:shd w:val="clear" w:color="auto" w:fill="EEECE1" w:themeFill="background2"/>
            <w:vAlign w:val="center"/>
          </w:tcPr>
          <w:p w:rsidR="003A4069" w:rsidRPr="00025580" w:rsidRDefault="00317E9A"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項目</w:t>
            </w:r>
            <w:proofErr w:type="spellEnd"/>
          </w:p>
        </w:tc>
        <w:tc>
          <w:tcPr>
            <w:tcW w:w="4315" w:type="dxa"/>
            <w:shd w:val="clear" w:color="auto" w:fill="EEECE1" w:themeFill="background2"/>
            <w:vAlign w:val="center"/>
          </w:tcPr>
          <w:p w:rsidR="003A4069" w:rsidRPr="00025580" w:rsidRDefault="00317E9A"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仕様</w:t>
            </w:r>
            <w:proofErr w:type="spellEnd"/>
          </w:p>
        </w:tc>
      </w:tr>
      <w:tr w:rsidR="00025580" w:rsidRPr="00025580" w:rsidTr="00304ED2">
        <w:tc>
          <w:tcPr>
            <w:tcW w:w="4315" w:type="dxa"/>
          </w:tcPr>
          <w:p w:rsidR="00B33BE9" w:rsidRPr="00025580" w:rsidRDefault="00B33BE9">
            <w:pPr>
              <w:rPr>
                <w:rFonts w:ascii="BIZ UDP明朝 Medium" w:eastAsia="BIZ UDP明朝 Medium" w:hAnsi="BIZ UDP明朝 Medium"/>
              </w:rPr>
            </w:pPr>
            <w:r w:rsidRPr="00025580">
              <w:rPr>
                <w:rFonts w:ascii="BIZ UDP明朝 Medium" w:eastAsia="BIZ UDP明朝 Medium" w:hAnsi="BIZ UDP明朝 Medium" w:hint="eastAsia"/>
                <w:lang w:eastAsia="ja-JP"/>
              </w:rPr>
              <w:t>対応言語</w:t>
            </w:r>
          </w:p>
        </w:tc>
        <w:tc>
          <w:tcPr>
            <w:tcW w:w="4315" w:type="dxa"/>
          </w:tcPr>
          <w:p w:rsidR="00B33BE9" w:rsidRPr="00025580" w:rsidRDefault="00B33BE9">
            <w:pPr>
              <w:rPr>
                <w:rFonts w:ascii="BIZ UDP明朝 Medium" w:eastAsia="BIZ UDP明朝 Medium" w:hAnsi="BIZ UDP明朝 Medium"/>
              </w:rPr>
            </w:pPr>
            <w:r w:rsidRPr="00025580">
              <w:rPr>
                <w:rFonts w:ascii="BIZ UDP明朝 Medium" w:eastAsia="BIZ UDP明朝 Medium" w:hAnsi="BIZ UDP明朝 Medium" w:hint="eastAsia"/>
                <w:lang w:eastAsia="ja-JP"/>
              </w:rPr>
              <w:t>日本語</w:t>
            </w:r>
          </w:p>
        </w:tc>
      </w:tr>
      <w:tr w:rsidR="00025580" w:rsidRPr="00025580" w:rsidTr="00304ED2">
        <w:tc>
          <w:tcPr>
            <w:tcW w:w="4315"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OS</w:t>
            </w:r>
          </w:p>
        </w:tc>
        <w:tc>
          <w:tcPr>
            <w:tcW w:w="4315" w:type="dxa"/>
          </w:tcPr>
          <w:p w:rsidR="003A4069" w:rsidRPr="00025580" w:rsidRDefault="00F9509F">
            <w:pPr>
              <w:rPr>
                <w:rFonts w:ascii="BIZ UDP明朝 Medium" w:eastAsia="BIZ UDP明朝 Medium" w:hAnsi="BIZ UDP明朝 Medium"/>
              </w:rPr>
            </w:pPr>
            <w:proofErr w:type="spellStart"/>
            <w:r w:rsidRPr="00025580">
              <w:rPr>
                <w:rFonts w:ascii="BIZ UDP明朝 Medium" w:eastAsia="BIZ UDP明朝 Medium" w:hAnsi="BIZ UDP明朝 Medium" w:hint="eastAsia"/>
              </w:rPr>
              <w:t>Android14以上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CPU</w:t>
            </w:r>
          </w:p>
        </w:tc>
        <w:tc>
          <w:tcPr>
            <w:tcW w:w="4315" w:type="dxa"/>
          </w:tcPr>
          <w:p w:rsidR="003A4069" w:rsidRPr="00025580" w:rsidRDefault="00A16DAC">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4</w:t>
            </w:r>
            <w:r w:rsidR="00317E9A" w:rsidRPr="00025580">
              <w:rPr>
                <w:rFonts w:ascii="BIZ UDP明朝 Medium" w:eastAsia="BIZ UDP明朝 Medium" w:hAnsi="BIZ UDP明朝 Medium"/>
              </w:rPr>
              <w:t>コア以上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メモリ</w:t>
            </w:r>
            <w:proofErr w:type="spellEnd"/>
          </w:p>
        </w:tc>
        <w:tc>
          <w:tcPr>
            <w:tcW w:w="4315" w:type="dxa"/>
          </w:tcPr>
          <w:p w:rsidR="003A4069" w:rsidRPr="00025580" w:rsidRDefault="00A16DAC">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4</w:t>
            </w:r>
            <w:r w:rsidR="00317E9A" w:rsidRPr="00025580">
              <w:rPr>
                <w:rFonts w:ascii="BIZ UDP明朝 Medium" w:eastAsia="BIZ UDP明朝 Medium" w:hAnsi="BIZ UDP明朝 Medium"/>
              </w:rPr>
              <w:t>GB以上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ストレージ</w:t>
            </w:r>
            <w:proofErr w:type="spellEnd"/>
          </w:p>
        </w:tc>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64GB以上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ディスプレイ</w:t>
            </w:r>
            <w:proofErr w:type="spellEnd"/>
          </w:p>
        </w:tc>
        <w:tc>
          <w:tcPr>
            <w:tcW w:w="4315" w:type="dxa"/>
          </w:tcPr>
          <w:p w:rsidR="003A4069" w:rsidRPr="00025580" w:rsidRDefault="00855645">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10</w:t>
            </w:r>
            <w:r w:rsidR="00317E9A" w:rsidRPr="00025580">
              <w:rPr>
                <w:rFonts w:ascii="BIZ UDP明朝 Medium" w:eastAsia="BIZ UDP明朝 Medium" w:hAnsi="BIZ UDP明朝 Medium"/>
              </w:rPr>
              <w:t>インチ以上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カメラ（外側</w:t>
            </w:r>
            <w:proofErr w:type="spellEnd"/>
            <w:r w:rsidRPr="00025580">
              <w:rPr>
                <w:rFonts w:ascii="BIZ UDP明朝 Medium" w:eastAsia="BIZ UDP明朝 Medium" w:hAnsi="BIZ UDP明朝 Medium"/>
              </w:rPr>
              <w:t>）</w:t>
            </w:r>
          </w:p>
        </w:tc>
        <w:tc>
          <w:tcPr>
            <w:tcW w:w="4315" w:type="dxa"/>
          </w:tcPr>
          <w:p w:rsidR="003A4069" w:rsidRPr="00025580" w:rsidRDefault="00855645">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500</w:t>
            </w:r>
            <w:r w:rsidR="00317E9A" w:rsidRPr="00025580">
              <w:rPr>
                <w:rFonts w:ascii="BIZ UDP明朝 Medium" w:eastAsia="BIZ UDP明朝 Medium" w:hAnsi="BIZ UDP明朝 Medium"/>
              </w:rPr>
              <w:t>万画素以上</w:t>
            </w:r>
            <w:proofErr w:type="spellEnd"/>
          </w:p>
        </w:tc>
      </w:tr>
      <w:tr w:rsidR="00025580" w:rsidRPr="00025580" w:rsidTr="00304ED2">
        <w:tc>
          <w:tcPr>
            <w:tcW w:w="4315"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通信</w:t>
            </w:r>
            <w:proofErr w:type="spellEnd"/>
          </w:p>
        </w:tc>
        <w:tc>
          <w:tcPr>
            <w:tcW w:w="4315" w:type="dxa"/>
          </w:tcPr>
          <w:p w:rsidR="003A4069" w:rsidRPr="00025580" w:rsidRDefault="009D16F3">
            <w:pPr>
              <w:rPr>
                <w:rFonts w:ascii="BIZ UDP明朝 Medium" w:eastAsia="BIZ UDP明朝 Medium" w:hAnsi="BIZ UDP明朝 Medium"/>
                <w:lang w:eastAsia="ja-JP"/>
              </w:rPr>
            </w:pPr>
            <w:proofErr w:type="spellStart"/>
            <w:r w:rsidRPr="009D16F3">
              <w:rPr>
                <w:rFonts w:ascii="BIZ UDP明朝 Medium" w:eastAsia="BIZ UDP明朝 Medium" w:hAnsi="BIZ UDP明朝 Medium" w:hint="eastAsia"/>
                <w:lang w:eastAsia="ja-JP"/>
              </w:rPr>
              <w:t>IEEE802.11</w:t>
            </w:r>
            <w:proofErr w:type="spellEnd"/>
            <w:r w:rsidRPr="009D16F3">
              <w:rPr>
                <w:rFonts w:ascii="BIZ UDP明朝 Medium" w:eastAsia="BIZ UDP明朝 Medium" w:hAnsi="BIZ UDP明朝 Medium" w:hint="eastAsia"/>
                <w:lang w:eastAsia="ja-JP"/>
              </w:rPr>
              <w:t xml:space="preserve"> a/b/g/n/ac以上のWi-Fi通信が可能</w:t>
            </w:r>
            <w:r>
              <w:rPr>
                <w:rFonts w:ascii="BIZ UDP明朝 Medium" w:eastAsia="BIZ UDP明朝 Medium" w:hAnsi="BIZ UDP明朝 Medium" w:hint="eastAsia"/>
                <w:lang w:eastAsia="ja-JP"/>
              </w:rPr>
              <w:t>である</w:t>
            </w:r>
            <w:r w:rsidR="00F9509F" w:rsidRPr="00025580">
              <w:rPr>
                <w:rFonts w:ascii="BIZ UDP明朝 Medium" w:eastAsia="BIZ UDP明朝 Medium" w:hAnsi="BIZ UDP明朝 Medium" w:hint="eastAsia"/>
                <w:lang w:eastAsia="ja-JP"/>
              </w:rPr>
              <w:t>こと</w:t>
            </w:r>
          </w:p>
        </w:tc>
      </w:tr>
      <w:tr w:rsidR="00025580" w:rsidRPr="00025580" w:rsidTr="00304ED2">
        <w:tc>
          <w:tcPr>
            <w:tcW w:w="4315"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Bluetooth</w:t>
            </w:r>
          </w:p>
        </w:tc>
        <w:tc>
          <w:tcPr>
            <w:tcW w:w="4315"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 xml:space="preserve">Bluetooth </w:t>
            </w:r>
            <w:proofErr w:type="spellStart"/>
            <w:r w:rsidRPr="00025580">
              <w:rPr>
                <w:rFonts w:ascii="BIZ UDP明朝 Medium" w:eastAsia="BIZ UDP明朝 Medium" w:hAnsi="BIZ UDP明朝 Medium"/>
              </w:rPr>
              <w:t>5.0以上</w:t>
            </w:r>
            <w:proofErr w:type="spellEnd"/>
          </w:p>
        </w:tc>
      </w:tr>
      <w:tr w:rsidR="00025580" w:rsidRPr="00025580" w:rsidTr="00304ED2">
        <w:tc>
          <w:tcPr>
            <w:tcW w:w="4315" w:type="dxa"/>
          </w:tcPr>
          <w:p w:rsidR="0058759B" w:rsidRPr="00025580" w:rsidRDefault="0058759B">
            <w:pPr>
              <w:rPr>
                <w:rFonts w:ascii="BIZ UDP明朝 Medium" w:eastAsia="BIZ UDP明朝 Medium" w:hAnsi="BIZ UDP明朝 Medium"/>
              </w:rPr>
            </w:pPr>
            <w:proofErr w:type="spellStart"/>
            <w:r w:rsidRPr="00025580">
              <w:rPr>
                <w:rFonts w:ascii="BIZ UDP明朝 Medium" w:eastAsia="BIZ UDP明朝 Medium" w:hAnsi="BIZ UDP明朝 Medium"/>
              </w:rPr>
              <w:t>充電端子</w:t>
            </w:r>
            <w:proofErr w:type="spellEnd"/>
          </w:p>
        </w:tc>
        <w:tc>
          <w:tcPr>
            <w:tcW w:w="4315" w:type="dxa"/>
          </w:tcPr>
          <w:p w:rsidR="0058759B" w:rsidRPr="00025580" w:rsidRDefault="0058759B">
            <w:pPr>
              <w:rPr>
                <w:rFonts w:ascii="BIZ UDP明朝 Medium" w:eastAsia="BIZ UDP明朝 Medium" w:hAnsi="BIZ UDP明朝 Medium"/>
                <w:lang w:eastAsia="ja-JP"/>
              </w:rPr>
            </w:pPr>
            <w:r w:rsidRPr="00025580">
              <w:rPr>
                <w:rFonts w:ascii="BIZ UDP明朝 Medium" w:eastAsia="BIZ UDP明朝 Medium" w:hAnsi="BIZ UDP明朝 Medium"/>
              </w:rPr>
              <w:t>USB Type-C</w:t>
            </w:r>
          </w:p>
        </w:tc>
      </w:tr>
      <w:tr w:rsidR="00025580" w:rsidRPr="00025580" w:rsidTr="00304ED2">
        <w:tc>
          <w:tcPr>
            <w:tcW w:w="4315" w:type="dxa"/>
          </w:tcPr>
          <w:p w:rsidR="0058759B" w:rsidRPr="00025580" w:rsidRDefault="0058759B">
            <w:pPr>
              <w:rPr>
                <w:rFonts w:ascii="BIZ UDP明朝 Medium" w:eastAsia="BIZ UDP明朝 Medium" w:hAnsi="BIZ UDP明朝 Medium"/>
              </w:rPr>
            </w:pPr>
            <w:proofErr w:type="spellStart"/>
            <w:r w:rsidRPr="00025580">
              <w:rPr>
                <w:rFonts w:ascii="BIZ UDP明朝 Medium" w:eastAsia="BIZ UDP明朝 Medium" w:hAnsi="BIZ UDP明朝 Medium"/>
              </w:rPr>
              <w:t>バッテリ</w:t>
            </w:r>
            <w:proofErr w:type="spellEnd"/>
            <w:r w:rsidRPr="00025580">
              <w:rPr>
                <w:rFonts w:ascii="BIZ UDP明朝 Medium" w:eastAsia="BIZ UDP明朝 Medium" w:hAnsi="BIZ UDP明朝 Medium"/>
              </w:rPr>
              <w:t>ー</w:t>
            </w:r>
          </w:p>
        </w:tc>
        <w:tc>
          <w:tcPr>
            <w:tcW w:w="4315" w:type="dxa"/>
          </w:tcPr>
          <w:p w:rsidR="0058759B" w:rsidRPr="00025580" w:rsidRDefault="00F9509F">
            <w:pPr>
              <w:rPr>
                <w:rFonts w:ascii="BIZ UDP明朝 Medium" w:eastAsia="BIZ UDP明朝 Medium" w:hAnsi="BIZ UDP明朝 Medium"/>
                <w:lang w:eastAsia="ja-JP"/>
              </w:rPr>
            </w:pPr>
            <w:bookmarkStart w:id="1" w:name="_Hlk234428096"/>
            <w:r w:rsidRPr="00025580">
              <w:rPr>
                <w:rFonts w:ascii="BIZ UDP明朝 Medium" w:eastAsia="BIZ UDP明朝 Medium" w:hAnsi="BIZ UDP明朝 Medium" w:hint="eastAsia"/>
                <w:lang w:eastAsia="ja-JP"/>
              </w:rPr>
              <w:t>バッテリー容量</w:t>
            </w:r>
            <w:proofErr w:type="spellStart"/>
            <w:r w:rsidRPr="00025580">
              <w:rPr>
                <w:rFonts w:ascii="BIZ UDP明朝 Medium" w:eastAsia="BIZ UDP明朝 Medium" w:hAnsi="BIZ UDP明朝 Medium" w:hint="eastAsia"/>
                <w:lang w:eastAsia="ja-JP"/>
              </w:rPr>
              <w:t>6,000mAh</w:t>
            </w:r>
            <w:proofErr w:type="spellEnd"/>
            <w:r w:rsidRPr="00025580">
              <w:rPr>
                <w:rFonts w:ascii="BIZ UDP明朝 Medium" w:eastAsia="BIZ UDP明朝 Medium" w:hAnsi="BIZ UDP明朝 Medium" w:hint="eastAsia"/>
                <w:lang w:eastAsia="ja-JP"/>
              </w:rPr>
              <w:t>以上</w:t>
            </w:r>
            <w:bookmarkEnd w:id="1"/>
          </w:p>
        </w:tc>
      </w:tr>
      <w:tr w:rsidR="00025580" w:rsidRPr="00025580" w:rsidTr="00304ED2">
        <w:tc>
          <w:tcPr>
            <w:tcW w:w="4315" w:type="dxa"/>
          </w:tcPr>
          <w:p w:rsidR="0058759B" w:rsidRPr="00025580" w:rsidRDefault="0058759B">
            <w:pPr>
              <w:rPr>
                <w:rFonts w:ascii="BIZ UDP明朝 Medium" w:eastAsia="BIZ UDP明朝 Medium" w:hAnsi="BIZ UDP明朝 Medium"/>
              </w:rPr>
            </w:pPr>
            <w:proofErr w:type="spellStart"/>
            <w:r w:rsidRPr="00025580">
              <w:rPr>
                <w:rFonts w:ascii="BIZ UDP明朝 Medium" w:eastAsia="BIZ UDP明朝 Medium" w:hAnsi="BIZ UDP明朝 Medium"/>
              </w:rPr>
              <w:t>重量</w:t>
            </w:r>
            <w:proofErr w:type="spellEnd"/>
          </w:p>
        </w:tc>
        <w:tc>
          <w:tcPr>
            <w:tcW w:w="4315" w:type="dxa"/>
          </w:tcPr>
          <w:p w:rsidR="0058759B" w:rsidRPr="00025580" w:rsidRDefault="00855645">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700</w:t>
            </w:r>
            <w:r w:rsidR="0058759B" w:rsidRPr="00025580">
              <w:rPr>
                <w:rFonts w:ascii="BIZ UDP明朝 Medium" w:eastAsia="BIZ UDP明朝 Medium" w:hAnsi="BIZ UDP明朝 Medium"/>
              </w:rPr>
              <w:t>g以下</w:t>
            </w:r>
            <w:proofErr w:type="spellEnd"/>
          </w:p>
        </w:tc>
      </w:tr>
      <w:tr w:rsidR="00025580" w:rsidRPr="00025580" w:rsidTr="00304ED2">
        <w:tc>
          <w:tcPr>
            <w:tcW w:w="4315" w:type="dxa"/>
          </w:tcPr>
          <w:p w:rsidR="0058759B" w:rsidRPr="00025580" w:rsidRDefault="0058759B">
            <w:pPr>
              <w:rPr>
                <w:rFonts w:ascii="BIZ UDP明朝 Medium" w:eastAsia="BIZ UDP明朝 Medium" w:hAnsi="BIZ UDP明朝 Medium"/>
              </w:rPr>
            </w:pPr>
            <w:proofErr w:type="spellStart"/>
            <w:r w:rsidRPr="00025580">
              <w:rPr>
                <w:rFonts w:ascii="BIZ UDP明朝 Medium" w:eastAsia="BIZ UDP明朝 Medium" w:hAnsi="BIZ UDP明朝 Medium"/>
              </w:rPr>
              <w:t>セキュリティ</w:t>
            </w:r>
            <w:proofErr w:type="spellEnd"/>
          </w:p>
        </w:tc>
        <w:tc>
          <w:tcPr>
            <w:tcW w:w="4315" w:type="dxa"/>
          </w:tcPr>
          <w:p w:rsidR="0058759B" w:rsidRPr="00025580" w:rsidRDefault="0058759B">
            <w:pPr>
              <w:rPr>
                <w:rFonts w:ascii="BIZ UDP明朝 Medium" w:eastAsia="BIZ UDP明朝 Medium" w:hAnsi="BIZ UDP明朝 Medium"/>
                <w:lang w:eastAsia="ja-JP"/>
              </w:rPr>
            </w:pPr>
            <w:r w:rsidRPr="00025580">
              <w:rPr>
                <w:rFonts w:ascii="BIZ UDP明朝 Medium" w:eastAsia="BIZ UDP明朝 Medium" w:hAnsi="BIZ UDP明朝 Medium"/>
                <w:lang w:eastAsia="ja-JP"/>
              </w:rPr>
              <w:t>端末ロック、データ暗号化に対応</w:t>
            </w:r>
          </w:p>
        </w:tc>
      </w:tr>
    </w:tbl>
    <w:p w:rsidR="0058759B" w:rsidRPr="00025580" w:rsidRDefault="0058759B" w:rsidP="0058759B">
      <w:pPr>
        <w:rPr>
          <w:lang w:eastAsia="ja-JP"/>
        </w:rPr>
      </w:pPr>
      <w:r w:rsidRPr="00025580">
        <w:rPr>
          <w:lang w:eastAsia="ja-JP"/>
        </w:rPr>
        <w:br w:type="page"/>
      </w:r>
    </w:p>
    <w:p w:rsidR="003A4069" w:rsidRPr="00025580" w:rsidRDefault="00317E9A" w:rsidP="00177E2E">
      <w:pPr>
        <w:pStyle w:val="31"/>
        <w:numPr>
          <w:ilvl w:val="0"/>
          <w:numId w:val="21"/>
        </w:numPr>
        <w:rPr>
          <w:rFonts w:ascii="BIZ UDP明朝 Medium" w:eastAsia="BIZ UDP明朝 Medium" w:hAnsi="BIZ UDP明朝 Medium"/>
          <w:color w:val="auto"/>
          <w:lang w:eastAsia="ja-JP"/>
        </w:rPr>
      </w:pPr>
      <w:proofErr w:type="spellStart"/>
      <w:r w:rsidRPr="00025580">
        <w:rPr>
          <w:rFonts w:ascii="BIZ UDP明朝 Medium" w:eastAsia="BIZ UDP明朝 Medium" w:hAnsi="BIZ UDP明朝 Medium"/>
          <w:color w:val="auto"/>
        </w:rPr>
        <w:lastRenderedPageBreak/>
        <w:t>iOS端末</w:t>
      </w:r>
      <w:proofErr w:type="spellEnd"/>
    </w:p>
    <w:p w:rsidR="00FA0DF5" w:rsidRPr="00025580" w:rsidRDefault="00FA0DF5" w:rsidP="00FA0D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025580" w:rsidRPr="00025580" w:rsidTr="00304ED2">
        <w:tc>
          <w:tcPr>
            <w:tcW w:w="4315" w:type="dxa"/>
            <w:shd w:val="clear" w:color="auto" w:fill="EEECE1" w:themeFill="background2"/>
            <w:vAlign w:val="center"/>
          </w:tcPr>
          <w:p w:rsidR="003A4069" w:rsidRPr="00025580" w:rsidRDefault="00317E9A"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項目</w:t>
            </w:r>
            <w:proofErr w:type="spellEnd"/>
          </w:p>
        </w:tc>
        <w:tc>
          <w:tcPr>
            <w:tcW w:w="4315" w:type="dxa"/>
            <w:shd w:val="clear" w:color="auto" w:fill="EEECE1" w:themeFill="background2"/>
            <w:vAlign w:val="center"/>
          </w:tcPr>
          <w:p w:rsidR="003A4069" w:rsidRPr="00025580" w:rsidRDefault="00317E9A"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仕様</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対応言語</w:t>
            </w:r>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日本語</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OS</w:t>
            </w:r>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 xml:space="preserve">iOS </w:t>
            </w:r>
            <w:proofErr w:type="spellStart"/>
            <w:r w:rsidRPr="00025580">
              <w:rPr>
                <w:rFonts w:ascii="BIZ UDP明朝 Medium" w:eastAsia="BIZ UDP明朝 Medium" w:hAnsi="BIZ UDP明朝 Medium"/>
              </w:rPr>
              <w:t>16以上</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CPU</w:t>
            </w:r>
          </w:p>
        </w:tc>
        <w:tc>
          <w:tcPr>
            <w:tcW w:w="4315" w:type="dxa"/>
          </w:tcPr>
          <w:p w:rsidR="00B33BE9" w:rsidRPr="00025580" w:rsidRDefault="00446EFA"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５</w:t>
            </w:r>
            <w:proofErr w:type="spellStart"/>
            <w:r w:rsidR="00B33BE9" w:rsidRPr="00025580">
              <w:rPr>
                <w:rFonts w:ascii="BIZ UDP明朝 Medium" w:eastAsia="BIZ UDP明朝 Medium" w:hAnsi="BIZ UDP明朝 Medium"/>
              </w:rPr>
              <w:t>コア以上</w:t>
            </w:r>
            <w:proofErr w:type="spellEnd"/>
          </w:p>
        </w:tc>
      </w:tr>
      <w:tr w:rsidR="00025580" w:rsidRPr="00025580" w:rsidTr="00304ED2">
        <w:tc>
          <w:tcPr>
            <w:tcW w:w="4315" w:type="dxa"/>
          </w:tcPr>
          <w:p w:rsidR="00B33BE9" w:rsidRPr="00025580" w:rsidRDefault="00446EFA"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GPU</w:t>
            </w:r>
          </w:p>
        </w:tc>
        <w:tc>
          <w:tcPr>
            <w:tcW w:w="4315" w:type="dxa"/>
          </w:tcPr>
          <w:p w:rsidR="00B33BE9" w:rsidRPr="00025580" w:rsidRDefault="00446EFA"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4コア以上</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ストレージ</w:t>
            </w:r>
            <w:proofErr w:type="spellEnd"/>
          </w:p>
        </w:tc>
        <w:tc>
          <w:tcPr>
            <w:tcW w:w="4315" w:type="dxa"/>
          </w:tcPr>
          <w:p w:rsidR="00B33BE9" w:rsidRPr="00025580" w:rsidRDefault="00446EFA"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１２８GB以上</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ディスプレイ</w:t>
            </w:r>
            <w:proofErr w:type="spellEnd"/>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１０</w:t>
            </w:r>
            <w:proofErr w:type="spellStart"/>
            <w:r w:rsidRPr="00025580">
              <w:rPr>
                <w:rFonts w:ascii="BIZ UDP明朝 Medium" w:eastAsia="BIZ UDP明朝 Medium" w:hAnsi="BIZ UDP明朝 Medium"/>
              </w:rPr>
              <w:t>インチ以上</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カメラ（外側</w:t>
            </w:r>
            <w:proofErr w:type="spellEnd"/>
            <w:r w:rsidRPr="00025580">
              <w:rPr>
                <w:rFonts w:ascii="BIZ UDP明朝 Medium" w:eastAsia="BIZ UDP明朝 Medium" w:hAnsi="BIZ UDP明朝 Medium"/>
              </w:rPr>
              <w:t>）</w:t>
            </w:r>
          </w:p>
        </w:tc>
        <w:tc>
          <w:tcPr>
            <w:tcW w:w="4315" w:type="dxa"/>
          </w:tcPr>
          <w:p w:rsidR="00B33BE9" w:rsidRPr="00025580" w:rsidRDefault="00855645" w:rsidP="00B33BE9">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500</w:t>
            </w:r>
            <w:r w:rsidR="00B33BE9" w:rsidRPr="00025580">
              <w:rPr>
                <w:rFonts w:ascii="BIZ UDP明朝 Medium" w:eastAsia="BIZ UDP明朝 Medium" w:hAnsi="BIZ UDP明朝 Medium"/>
              </w:rPr>
              <w:t>万画素以上</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通信</w:t>
            </w:r>
            <w:proofErr w:type="spellEnd"/>
          </w:p>
        </w:tc>
        <w:tc>
          <w:tcPr>
            <w:tcW w:w="4315" w:type="dxa"/>
          </w:tcPr>
          <w:p w:rsidR="00B33BE9" w:rsidRPr="00025580" w:rsidRDefault="009D16F3" w:rsidP="00B33BE9">
            <w:pPr>
              <w:rPr>
                <w:rFonts w:ascii="BIZ UDP明朝 Medium" w:eastAsia="BIZ UDP明朝 Medium" w:hAnsi="BIZ UDP明朝 Medium"/>
                <w:lang w:eastAsia="ja-JP"/>
              </w:rPr>
            </w:pPr>
            <w:proofErr w:type="spellStart"/>
            <w:r w:rsidRPr="009D16F3">
              <w:rPr>
                <w:rFonts w:ascii="BIZ UDP明朝 Medium" w:eastAsia="BIZ UDP明朝 Medium" w:hAnsi="BIZ UDP明朝 Medium" w:hint="eastAsia"/>
                <w:lang w:eastAsia="ja-JP"/>
              </w:rPr>
              <w:t>IEEE802.11</w:t>
            </w:r>
            <w:proofErr w:type="spellEnd"/>
            <w:r w:rsidRPr="009D16F3">
              <w:rPr>
                <w:rFonts w:ascii="BIZ UDP明朝 Medium" w:eastAsia="BIZ UDP明朝 Medium" w:hAnsi="BIZ UDP明朝 Medium" w:hint="eastAsia"/>
                <w:lang w:eastAsia="ja-JP"/>
              </w:rPr>
              <w:t xml:space="preserve"> a/b/g/n/ac以上のWi-Fi通信が可能</w:t>
            </w:r>
            <w:r>
              <w:rPr>
                <w:rFonts w:ascii="BIZ UDP明朝 Medium" w:eastAsia="BIZ UDP明朝 Medium" w:hAnsi="BIZ UDP明朝 Medium" w:hint="eastAsia"/>
                <w:lang w:eastAsia="ja-JP"/>
              </w:rPr>
              <w:t>である</w:t>
            </w:r>
            <w:r w:rsidRPr="00025580">
              <w:rPr>
                <w:rFonts w:ascii="BIZ UDP明朝 Medium" w:eastAsia="BIZ UDP明朝 Medium" w:hAnsi="BIZ UDP明朝 Medium" w:hint="eastAsia"/>
                <w:lang w:eastAsia="ja-JP"/>
              </w:rPr>
              <w:t>こと</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Bluetooth</w:t>
            </w:r>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 xml:space="preserve">Bluetooth </w:t>
            </w:r>
            <w:proofErr w:type="spellStart"/>
            <w:r w:rsidRPr="00025580">
              <w:rPr>
                <w:rFonts w:ascii="BIZ UDP明朝 Medium" w:eastAsia="BIZ UDP明朝 Medium" w:hAnsi="BIZ UDP明朝 Medium"/>
              </w:rPr>
              <w:t>5.0以上</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充電端子</w:t>
            </w:r>
            <w:proofErr w:type="spellEnd"/>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rPr>
              <w:t xml:space="preserve">USB Type-C </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バッテリ</w:t>
            </w:r>
            <w:proofErr w:type="spellEnd"/>
            <w:r w:rsidRPr="00025580">
              <w:rPr>
                <w:rFonts w:ascii="BIZ UDP明朝 Medium" w:eastAsia="BIZ UDP明朝 Medium" w:hAnsi="BIZ UDP明朝 Medium"/>
              </w:rPr>
              <w:t>ー</w:t>
            </w:r>
          </w:p>
        </w:tc>
        <w:tc>
          <w:tcPr>
            <w:tcW w:w="4315" w:type="dxa"/>
          </w:tcPr>
          <w:p w:rsidR="00B33BE9" w:rsidRPr="00025580" w:rsidRDefault="00F9509F" w:rsidP="00B33BE9">
            <w:pPr>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バッテリー容量</w:t>
            </w:r>
            <w:proofErr w:type="spellStart"/>
            <w:r w:rsidRPr="00025580">
              <w:rPr>
                <w:rFonts w:ascii="BIZ UDP明朝 Medium" w:eastAsia="BIZ UDP明朝 Medium" w:hAnsi="BIZ UDP明朝 Medium" w:hint="eastAsia"/>
                <w:lang w:eastAsia="ja-JP"/>
              </w:rPr>
              <w:t>6,000mAh</w:t>
            </w:r>
            <w:proofErr w:type="spellEnd"/>
            <w:r w:rsidRPr="00025580">
              <w:rPr>
                <w:rFonts w:ascii="BIZ UDP明朝 Medium" w:eastAsia="BIZ UDP明朝 Medium" w:hAnsi="BIZ UDP明朝 Medium" w:hint="eastAsia"/>
                <w:lang w:eastAsia="ja-JP"/>
              </w:rPr>
              <w:t>以上</w:t>
            </w:r>
          </w:p>
        </w:tc>
      </w:tr>
      <w:tr w:rsidR="00025580" w:rsidRPr="00025580" w:rsidTr="00304ED2">
        <w:tc>
          <w:tcPr>
            <w:tcW w:w="4315" w:type="dxa"/>
          </w:tcPr>
          <w:p w:rsidR="00B33BE9" w:rsidRPr="00025580" w:rsidRDefault="00A16DAC" w:rsidP="00B33BE9">
            <w:pPr>
              <w:rPr>
                <w:rFonts w:ascii="BIZ UDP明朝 Medium" w:eastAsia="BIZ UDP明朝 Medium" w:hAnsi="BIZ UDP明朝 Medium"/>
                <w:lang w:eastAsia="ja-JP"/>
              </w:rPr>
            </w:pPr>
            <w:r>
              <w:rPr>
                <w:rFonts w:ascii="BIZ UDP明朝 Medium" w:eastAsia="BIZ UDP明朝 Medium" w:hAnsi="BIZ UDP明朝 Medium" w:hint="eastAsia"/>
                <w:lang w:eastAsia="ja-JP"/>
              </w:rPr>
              <w:t>重量</w:t>
            </w:r>
          </w:p>
        </w:tc>
        <w:tc>
          <w:tcPr>
            <w:tcW w:w="4315" w:type="dxa"/>
          </w:tcPr>
          <w:p w:rsidR="00B33BE9" w:rsidRPr="00025580" w:rsidRDefault="006C7182"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７００</w:t>
            </w:r>
            <w:r w:rsidR="00B33BE9" w:rsidRPr="00025580">
              <w:rPr>
                <w:rFonts w:ascii="BIZ UDP明朝 Medium" w:eastAsia="BIZ UDP明朝 Medium" w:hAnsi="BIZ UDP明朝 Medium" w:hint="eastAsia"/>
                <w:lang w:eastAsia="ja-JP"/>
              </w:rPr>
              <w:t>ｇ以下</w:t>
            </w:r>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セキュリティ</w:t>
            </w:r>
            <w:proofErr w:type="spellEnd"/>
          </w:p>
        </w:tc>
        <w:tc>
          <w:tcPr>
            <w:tcW w:w="4315" w:type="dxa"/>
          </w:tcPr>
          <w:p w:rsidR="00B33BE9" w:rsidRPr="00025580" w:rsidRDefault="00B33BE9" w:rsidP="00B33BE9">
            <w:pPr>
              <w:rPr>
                <w:rFonts w:ascii="BIZ UDP明朝 Medium" w:eastAsia="BIZ UDP明朝 Medium" w:hAnsi="BIZ UDP明朝 Medium"/>
              </w:rPr>
            </w:pPr>
            <w:proofErr w:type="spellStart"/>
            <w:r w:rsidRPr="00025580">
              <w:rPr>
                <w:rFonts w:ascii="BIZ UDP明朝 Medium" w:eastAsia="BIZ UDP明朝 Medium" w:hAnsi="BIZ UDP明朝 Medium"/>
              </w:rPr>
              <w:t>パスコードロック等</w:t>
            </w:r>
            <w:proofErr w:type="spellEnd"/>
          </w:p>
        </w:tc>
      </w:tr>
    </w:tbl>
    <w:p w:rsidR="00177E2E" w:rsidRPr="00025580" w:rsidRDefault="00177E2E">
      <w:pPr>
        <w:rPr>
          <w:lang w:eastAsia="ja-JP"/>
        </w:rPr>
      </w:pPr>
      <w:r w:rsidRPr="00025580">
        <w:rPr>
          <w:lang w:eastAsia="ja-JP"/>
        </w:rPr>
        <w:br w:type="page"/>
      </w:r>
    </w:p>
    <w:p w:rsidR="00E63F16" w:rsidRPr="00025580" w:rsidRDefault="00FA0DF5" w:rsidP="00177E2E">
      <w:pPr>
        <w:pStyle w:val="31"/>
        <w:numPr>
          <w:ilvl w:val="0"/>
          <w:numId w:val="21"/>
        </w:numPr>
        <w:rPr>
          <w:rFonts w:ascii="BIZ UDP明朝 Medium" w:eastAsia="BIZ UDP明朝 Medium" w:hAnsi="BIZ UDP明朝 Medium"/>
          <w:color w:val="auto"/>
          <w:lang w:eastAsia="ja-JP"/>
        </w:rPr>
      </w:pPr>
      <w:r w:rsidRPr="00025580">
        <w:rPr>
          <w:rFonts w:ascii="BIZ UDP明朝 Medium" w:eastAsia="BIZ UDP明朝 Medium" w:hAnsi="BIZ UDP明朝 Medium" w:hint="eastAsia"/>
          <w:color w:val="auto"/>
          <w:lang w:eastAsia="ja-JP"/>
        </w:rPr>
        <w:lastRenderedPageBreak/>
        <w:t>Windows</w:t>
      </w:r>
      <w:r w:rsidR="00E63F16" w:rsidRPr="00025580">
        <w:rPr>
          <w:rFonts w:ascii="BIZ UDP明朝 Medium" w:eastAsia="BIZ UDP明朝 Medium" w:hAnsi="BIZ UDP明朝 Medium"/>
          <w:color w:val="auto"/>
          <w:lang w:eastAsia="ja-JP"/>
        </w:rPr>
        <w:t>端末</w:t>
      </w:r>
    </w:p>
    <w:p w:rsidR="00FA0DF5" w:rsidRPr="00025580" w:rsidRDefault="00FA0DF5" w:rsidP="00FA0DF5">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025580" w:rsidRPr="00025580" w:rsidTr="00304ED2">
        <w:tc>
          <w:tcPr>
            <w:tcW w:w="4315" w:type="dxa"/>
            <w:shd w:val="clear" w:color="auto" w:fill="EEECE1" w:themeFill="background2"/>
            <w:vAlign w:val="center"/>
          </w:tcPr>
          <w:p w:rsidR="00E63F16" w:rsidRPr="00025580" w:rsidRDefault="00E63F16"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項目</w:t>
            </w:r>
            <w:proofErr w:type="spellEnd"/>
          </w:p>
        </w:tc>
        <w:tc>
          <w:tcPr>
            <w:tcW w:w="4315" w:type="dxa"/>
            <w:shd w:val="clear" w:color="auto" w:fill="EEECE1" w:themeFill="background2"/>
            <w:vAlign w:val="center"/>
          </w:tcPr>
          <w:p w:rsidR="00E63F16" w:rsidRPr="00025580" w:rsidRDefault="00E63F16" w:rsidP="00B33BE9">
            <w:pPr>
              <w:jc w:val="center"/>
              <w:rPr>
                <w:rFonts w:ascii="BIZ UDP明朝 Medium" w:eastAsia="BIZ UDP明朝 Medium" w:hAnsi="BIZ UDP明朝 Medium"/>
              </w:rPr>
            </w:pPr>
            <w:proofErr w:type="spellStart"/>
            <w:r w:rsidRPr="00025580">
              <w:rPr>
                <w:rFonts w:ascii="BIZ UDP明朝 Medium" w:eastAsia="BIZ UDP明朝 Medium" w:hAnsi="BIZ UDP明朝 Medium"/>
              </w:rPr>
              <w:t>仕様</w:t>
            </w:r>
            <w:proofErr w:type="spellEnd"/>
          </w:p>
        </w:tc>
      </w:tr>
      <w:tr w:rsidR="00025580" w:rsidRPr="00025580" w:rsidTr="00304ED2">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対応言語</w:t>
            </w:r>
          </w:p>
        </w:tc>
        <w:tc>
          <w:tcPr>
            <w:tcW w:w="4315" w:type="dxa"/>
          </w:tcPr>
          <w:p w:rsidR="00B33BE9" w:rsidRPr="00025580" w:rsidRDefault="00B33BE9" w:rsidP="00B33BE9">
            <w:pPr>
              <w:rPr>
                <w:rFonts w:ascii="BIZ UDP明朝 Medium" w:eastAsia="BIZ UDP明朝 Medium" w:hAnsi="BIZ UDP明朝 Medium"/>
              </w:rPr>
            </w:pPr>
            <w:r w:rsidRPr="00025580">
              <w:rPr>
                <w:rFonts w:ascii="BIZ UDP明朝 Medium" w:eastAsia="BIZ UDP明朝 Medium" w:hAnsi="BIZ UDP明朝 Medium" w:hint="eastAsia"/>
                <w:lang w:eastAsia="ja-JP"/>
              </w:rPr>
              <w:t>日本語</w:t>
            </w:r>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r w:rsidRPr="00025580">
              <w:rPr>
                <w:rFonts w:ascii="BIZ UDP明朝 Medium" w:eastAsia="BIZ UDP明朝 Medium" w:hAnsi="BIZ UDP明朝 Medium"/>
              </w:rPr>
              <w:t>OS</w:t>
            </w:r>
          </w:p>
        </w:tc>
        <w:tc>
          <w:tcPr>
            <w:tcW w:w="4315" w:type="dxa"/>
          </w:tcPr>
          <w:p w:rsidR="00E63F16" w:rsidRPr="00025580" w:rsidRDefault="00FA0DF5" w:rsidP="0070457F">
            <w:pPr>
              <w:rPr>
                <w:rFonts w:ascii="BIZ UDP明朝 Medium" w:eastAsia="BIZ UDP明朝 Medium" w:hAnsi="BIZ UDP明朝 Medium"/>
              </w:rPr>
            </w:pPr>
            <w:r w:rsidRPr="00025580">
              <w:rPr>
                <w:rFonts w:ascii="BIZ UDP明朝 Medium" w:eastAsia="BIZ UDP明朝 Medium" w:hAnsi="BIZ UDP明朝 Medium" w:hint="eastAsia"/>
                <w:lang w:eastAsia="ja-JP"/>
              </w:rPr>
              <w:t>Windows</w:t>
            </w:r>
            <w:r w:rsidRPr="00025580">
              <w:rPr>
                <w:rFonts w:ascii="BIZ UDP明朝 Medium" w:eastAsia="BIZ UDP明朝 Medium" w:hAnsi="BIZ UDP明朝 Medium"/>
              </w:rPr>
              <w:t xml:space="preserve"> </w:t>
            </w:r>
            <w:r w:rsidRPr="00025580">
              <w:rPr>
                <w:rFonts w:ascii="BIZ UDP明朝 Medium" w:eastAsia="BIZ UDP明朝 Medium" w:hAnsi="BIZ UDP明朝 Medium" w:hint="eastAsia"/>
                <w:lang w:eastAsia="ja-JP"/>
              </w:rPr>
              <w:t xml:space="preserve">１１ </w:t>
            </w:r>
            <w:proofErr w:type="spellStart"/>
            <w:r w:rsidR="00E63F16" w:rsidRPr="00025580">
              <w:rPr>
                <w:rFonts w:ascii="BIZ UDP明朝 Medium" w:eastAsia="BIZ UDP明朝 Medium" w:hAnsi="BIZ UDP明朝 Medium"/>
              </w:rPr>
              <w:t>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r w:rsidRPr="00025580">
              <w:rPr>
                <w:rFonts w:ascii="BIZ UDP明朝 Medium" w:eastAsia="BIZ UDP明朝 Medium" w:hAnsi="BIZ UDP明朝 Medium"/>
              </w:rPr>
              <w:t>CPU</w:t>
            </w:r>
          </w:p>
        </w:tc>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4コア以上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メモリ</w:t>
            </w:r>
            <w:proofErr w:type="spellEnd"/>
          </w:p>
        </w:tc>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4GB以上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ストレージ</w:t>
            </w:r>
            <w:proofErr w:type="spellEnd"/>
          </w:p>
        </w:tc>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64GB以上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ディスプレイ</w:t>
            </w:r>
            <w:proofErr w:type="spellEnd"/>
          </w:p>
        </w:tc>
        <w:tc>
          <w:tcPr>
            <w:tcW w:w="4315" w:type="dxa"/>
          </w:tcPr>
          <w:p w:rsidR="00E63F16" w:rsidRPr="00025580" w:rsidRDefault="00E63F16" w:rsidP="0070457F">
            <w:pPr>
              <w:rPr>
                <w:rFonts w:ascii="BIZ UDP明朝 Medium" w:eastAsia="BIZ UDP明朝 Medium" w:hAnsi="BIZ UDP明朝 Medium"/>
              </w:rPr>
            </w:pPr>
            <w:r w:rsidRPr="00025580">
              <w:rPr>
                <w:rFonts w:ascii="BIZ UDP明朝 Medium" w:eastAsia="BIZ UDP明朝 Medium" w:hAnsi="BIZ UDP明朝 Medium" w:hint="eastAsia"/>
                <w:lang w:eastAsia="ja-JP"/>
              </w:rPr>
              <w:t>１０</w:t>
            </w:r>
            <w:proofErr w:type="spellStart"/>
            <w:r w:rsidRPr="00025580">
              <w:rPr>
                <w:rFonts w:ascii="BIZ UDP明朝 Medium" w:eastAsia="BIZ UDP明朝 Medium" w:hAnsi="BIZ UDP明朝 Medium"/>
              </w:rPr>
              <w:t>インチ以上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カメラ（外側</w:t>
            </w:r>
            <w:proofErr w:type="spellEnd"/>
            <w:r w:rsidRPr="00025580">
              <w:rPr>
                <w:rFonts w:ascii="BIZ UDP明朝 Medium" w:eastAsia="BIZ UDP明朝 Medium" w:hAnsi="BIZ UDP明朝 Medium"/>
              </w:rPr>
              <w:t>）</w:t>
            </w:r>
          </w:p>
        </w:tc>
        <w:tc>
          <w:tcPr>
            <w:tcW w:w="4315" w:type="dxa"/>
          </w:tcPr>
          <w:p w:rsidR="00E63F16" w:rsidRPr="00025580" w:rsidRDefault="00855645" w:rsidP="0070457F">
            <w:pPr>
              <w:rPr>
                <w:rFonts w:ascii="BIZ UDP明朝 Medium" w:eastAsia="BIZ UDP明朝 Medium" w:hAnsi="BIZ UDP明朝 Medium"/>
              </w:rPr>
            </w:pPr>
            <w:proofErr w:type="spellStart"/>
            <w:r>
              <w:rPr>
                <w:rFonts w:ascii="BIZ UDP明朝 Medium" w:eastAsia="BIZ UDP明朝 Medium" w:hAnsi="BIZ UDP明朝 Medium" w:hint="eastAsia"/>
                <w:lang w:eastAsia="ja-JP"/>
              </w:rPr>
              <w:t>500</w:t>
            </w:r>
            <w:r w:rsidR="00E63F16" w:rsidRPr="00025580">
              <w:rPr>
                <w:rFonts w:ascii="BIZ UDP明朝 Medium" w:eastAsia="BIZ UDP明朝 Medium" w:hAnsi="BIZ UDP明朝 Medium"/>
              </w:rPr>
              <w:t>万画素以上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通信</w:t>
            </w:r>
            <w:proofErr w:type="spellEnd"/>
          </w:p>
        </w:tc>
        <w:tc>
          <w:tcPr>
            <w:tcW w:w="4315" w:type="dxa"/>
          </w:tcPr>
          <w:p w:rsidR="00E63F16" w:rsidRPr="00025580" w:rsidRDefault="009D16F3" w:rsidP="0070457F">
            <w:pPr>
              <w:rPr>
                <w:rFonts w:ascii="BIZ UDP明朝 Medium" w:eastAsia="BIZ UDP明朝 Medium" w:hAnsi="BIZ UDP明朝 Medium"/>
                <w:lang w:eastAsia="ja-JP"/>
              </w:rPr>
            </w:pPr>
            <w:proofErr w:type="spellStart"/>
            <w:r w:rsidRPr="009D16F3">
              <w:rPr>
                <w:rFonts w:ascii="BIZ UDP明朝 Medium" w:eastAsia="BIZ UDP明朝 Medium" w:hAnsi="BIZ UDP明朝 Medium" w:hint="eastAsia"/>
                <w:lang w:eastAsia="ja-JP"/>
              </w:rPr>
              <w:t>IEEE802.11</w:t>
            </w:r>
            <w:proofErr w:type="spellEnd"/>
            <w:r w:rsidRPr="009D16F3">
              <w:rPr>
                <w:rFonts w:ascii="BIZ UDP明朝 Medium" w:eastAsia="BIZ UDP明朝 Medium" w:hAnsi="BIZ UDP明朝 Medium" w:hint="eastAsia"/>
                <w:lang w:eastAsia="ja-JP"/>
              </w:rPr>
              <w:t xml:space="preserve"> a/b/g/n/ac以上のWi-Fi通信が可能</w:t>
            </w:r>
            <w:r>
              <w:rPr>
                <w:rFonts w:ascii="BIZ UDP明朝 Medium" w:eastAsia="BIZ UDP明朝 Medium" w:hAnsi="BIZ UDP明朝 Medium" w:hint="eastAsia"/>
                <w:lang w:eastAsia="ja-JP"/>
              </w:rPr>
              <w:t>である</w:t>
            </w:r>
            <w:r w:rsidRPr="00025580">
              <w:rPr>
                <w:rFonts w:ascii="BIZ UDP明朝 Medium" w:eastAsia="BIZ UDP明朝 Medium" w:hAnsi="BIZ UDP明朝 Medium" w:hint="eastAsia"/>
                <w:lang w:eastAsia="ja-JP"/>
              </w:rPr>
              <w:t>こと</w:t>
            </w:r>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r w:rsidRPr="00025580">
              <w:rPr>
                <w:rFonts w:ascii="BIZ UDP明朝 Medium" w:eastAsia="BIZ UDP明朝 Medium" w:hAnsi="BIZ UDP明朝 Medium"/>
              </w:rPr>
              <w:t>Bluetooth</w:t>
            </w:r>
          </w:p>
        </w:tc>
        <w:tc>
          <w:tcPr>
            <w:tcW w:w="4315" w:type="dxa"/>
          </w:tcPr>
          <w:p w:rsidR="00E63F16" w:rsidRPr="00025580" w:rsidRDefault="00E63F16" w:rsidP="0070457F">
            <w:pPr>
              <w:rPr>
                <w:rFonts w:ascii="BIZ UDP明朝 Medium" w:eastAsia="BIZ UDP明朝 Medium" w:hAnsi="BIZ UDP明朝 Medium"/>
              </w:rPr>
            </w:pPr>
            <w:r w:rsidRPr="00025580">
              <w:rPr>
                <w:rFonts w:ascii="BIZ UDP明朝 Medium" w:eastAsia="BIZ UDP明朝 Medium" w:hAnsi="BIZ UDP明朝 Medium"/>
              </w:rPr>
              <w:t xml:space="preserve">Bluetooth </w:t>
            </w:r>
            <w:proofErr w:type="spellStart"/>
            <w:r w:rsidRPr="00025580">
              <w:rPr>
                <w:rFonts w:ascii="BIZ UDP明朝 Medium" w:eastAsia="BIZ UDP明朝 Medium" w:hAnsi="BIZ UDP明朝 Medium"/>
              </w:rPr>
              <w:t>5.0以上</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充電端子</w:t>
            </w:r>
            <w:proofErr w:type="spellEnd"/>
          </w:p>
        </w:tc>
        <w:tc>
          <w:tcPr>
            <w:tcW w:w="4315" w:type="dxa"/>
          </w:tcPr>
          <w:p w:rsidR="00E63F16" w:rsidRPr="00025580" w:rsidRDefault="00E63F16" w:rsidP="0070457F">
            <w:pPr>
              <w:rPr>
                <w:rFonts w:ascii="BIZ UDP明朝 Medium" w:eastAsia="BIZ UDP明朝 Medium" w:hAnsi="BIZ UDP明朝 Medium"/>
                <w:lang w:eastAsia="ja-JP"/>
              </w:rPr>
            </w:pPr>
            <w:r w:rsidRPr="00025580">
              <w:rPr>
                <w:rFonts w:ascii="BIZ UDP明朝 Medium" w:eastAsia="BIZ UDP明朝 Medium" w:hAnsi="BIZ UDP明朝 Medium"/>
              </w:rPr>
              <w:t>USB Type-C</w:t>
            </w:r>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バッテリ</w:t>
            </w:r>
            <w:proofErr w:type="spellEnd"/>
            <w:r w:rsidRPr="00025580">
              <w:rPr>
                <w:rFonts w:ascii="BIZ UDP明朝 Medium" w:eastAsia="BIZ UDP明朝 Medium" w:hAnsi="BIZ UDP明朝 Medium"/>
              </w:rPr>
              <w:t>ー</w:t>
            </w:r>
          </w:p>
        </w:tc>
        <w:tc>
          <w:tcPr>
            <w:tcW w:w="4315" w:type="dxa"/>
          </w:tcPr>
          <w:p w:rsidR="00E63F16" w:rsidRPr="00025580" w:rsidRDefault="00F9509F" w:rsidP="0070457F">
            <w:pPr>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バッテリー容量</w:t>
            </w:r>
            <w:proofErr w:type="spellStart"/>
            <w:r w:rsidRPr="00025580">
              <w:rPr>
                <w:rFonts w:ascii="BIZ UDP明朝 Medium" w:eastAsia="BIZ UDP明朝 Medium" w:hAnsi="BIZ UDP明朝 Medium" w:hint="eastAsia"/>
                <w:lang w:eastAsia="ja-JP"/>
              </w:rPr>
              <w:t>6,000mAh</w:t>
            </w:r>
            <w:proofErr w:type="spellEnd"/>
            <w:r w:rsidRPr="00025580">
              <w:rPr>
                <w:rFonts w:ascii="BIZ UDP明朝 Medium" w:eastAsia="BIZ UDP明朝 Medium" w:hAnsi="BIZ UDP明朝 Medium" w:hint="eastAsia"/>
                <w:lang w:eastAsia="ja-JP"/>
              </w:rPr>
              <w:t>以上</w:t>
            </w:r>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重量</w:t>
            </w:r>
            <w:proofErr w:type="spellEnd"/>
          </w:p>
        </w:tc>
        <w:tc>
          <w:tcPr>
            <w:tcW w:w="4315" w:type="dxa"/>
          </w:tcPr>
          <w:p w:rsidR="00E63F16" w:rsidRPr="00025580" w:rsidRDefault="0064116D" w:rsidP="0070457F">
            <w:pPr>
              <w:rPr>
                <w:rFonts w:ascii="BIZ UDP明朝 Medium" w:eastAsia="BIZ UDP明朝 Medium" w:hAnsi="BIZ UDP明朝 Medium"/>
              </w:rPr>
            </w:pPr>
            <w:proofErr w:type="spellStart"/>
            <w:r w:rsidRPr="00025580">
              <w:rPr>
                <w:rFonts w:ascii="BIZ UDP明朝 Medium" w:eastAsia="BIZ UDP明朝 Medium" w:hAnsi="BIZ UDP明朝 Medium" w:hint="eastAsia"/>
                <w:lang w:eastAsia="ja-JP"/>
              </w:rPr>
              <w:t>700</w:t>
            </w:r>
            <w:r w:rsidR="00E63F16" w:rsidRPr="00025580">
              <w:rPr>
                <w:rFonts w:ascii="BIZ UDP明朝 Medium" w:eastAsia="BIZ UDP明朝 Medium" w:hAnsi="BIZ UDP明朝 Medium"/>
              </w:rPr>
              <w:t>g以下</w:t>
            </w:r>
            <w:proofErr w:type="spellEnd"/>
          </w:p>
        </w:tc>
      </w:tr>
      <w:tr w:rsidR="00025580" w:rsidRPr="00025580" w:rsidTr="00304ED2">
        <w:tc>
          <w:tcPr>
            <w:tcW w:w="4315" w:type="dxa"/>
          </w:tcPr>
          <w:p w:rsidR="00E63F16" w:rsidRPr="00025580" w:rsidRDefault="00E63F16" w:rsidP="0070457F">
            <w:pPr>
              <w:rPr>
                <w:rFonts w:ascii="BIZ UDP明朝 Medium" w:eastAsia="BIZ UDP明朝 Medium" w:hAnsi="BIZ UDP明朝 Medium"/>
              </w:rPr>
            </w:pPr>
            <w:proofErr w:type="spellStart"/>
            <w:r w:rsidRPr="00025580">
              <w:rPr>
                <w:rFonts w:ascii="BIZ UDP明朝 Medium" w:eastAsia="BIZ UDP明朝 Medium" w:hAnsi="BIZ UDP明朝 Medium"/>
              </w:rPr>
              <w:t>セキュリティ</w:t>
            </w:r>
            <w:proofErr w:type="spellEnd"/>
          </w:p>
        </w:tc>
        <w:tc>
          <w:tcPr>
            <w:tcW w:w="4315" w:type="dxa"/>
          </w:tcPr>
          <w:p w:rsidR="00E63F16" w:rsidRPr="00025580" w:rsidRDefault="00E63F16" w:rsidP="0070457F">
            <w:pPr>
              <w:rPr>
                <w:rFonts w:ascii="BIZ UDP明朝 Medium" w:eastAsia="BIZ UDP明朝 Medium" w:hAnsi="BIZ UDP明朝 Medium"/>
                <w:lang w:eastAsia="ja-JP"/>
              </w:rPr>
            </w:pPr>
            <w:r w:rsidRPr="00025580">
              <w:rPr>
                <w:rFonts w:ascii="BIZ UDP明朝 Medium" w:eastAsia="BIZ UDP明朝 Medium" w:hAnsi="BIZ UDP明朝 Medium"/>
                <w:lang w:eastAsia="ja-JP"/>
              </w:rPr>
              <w:t>端末ロック、データ暗号化に対応</w:t>
            </w:r>
          </w:p>
        </w:tc>
      </w:tr>
    </w:tbl>
    <w:p w:rsidR="00FA0DF5" w:rsidRPr="00025580" w:rsidRDefault="00FA0DF5">
      <w:pPr>
        <w:rPr>
          <w:rFonts w:ascii="BIZ UDP明朝 Medium" w:eastAsia="BIZ UDP明朝 Medium" w:hAnsi="BIZ UDP明朝 Medium"/>
          <w:lang w:eastAsia="ja-JP"/>
        </w:rPr>
      </w:pPr>
      <w:r w:rsidRPr="00025580">
        <w:rPr>
          <w:rFonts w:ascii="BIZ UDP明朝 Medium" w:eastAsia="BIZ UDP明朝 Medium" w:hAnsi="BIZ UDP明朝 Medium"/>
          <w:lang w:eastAsia="ja-JP"/>
        </w:rPr>
        <w:br w:type="page"/>
      </w:r>
    </w:p>
    <w:p w:rsidR="003A4069" w:rsidRPr="00025580" w:rsidRDefault="00317E9A">
      <w:pPr>
        <w:pStyle w:val="21"/>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lastRenderedPageBreak/>
        <w:t>５　NFC読取機仕様（外付けの場合）</w:t>
      </w:r>
    </w:p>
    <w:p w:rsidR="00177E2E" w:rsidRPr="00025580" w:rsidRDefault="00177E2E" w:rsidP="00177E2E">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4"/>
        <w:gridCol w:w="4316"/>
      </w:tblGrid>
      <w:tr w:rsidR="00025580" w:rsidRPr="00025580" w:rsidTr="00CF6B5F">
        <w:tc>
          <w:tcPr>
            <w:tcW w:w="4320" w:type="dxa"/>
            <w:shd w:val="clear" w:color="auto" w:fill="EEECE1" w:themeFill="background2"/>
            <w:vAlign w:val="center"/>
          </w:tcPr>
          <w:p w:rsidR="003A4069" w:rsidRPr="00025580" w:rsidRDefault="00317E9A" w:rsidP="00CF6B5F">
            <w:pPr>
              <w:jc w:val="center"/>
              <w:rPr>
                <w:rFonts w:ascii="BIZ UDP明朝 Medium" w:eastAsia="BIZ UDP明朝 Medium" w:hAnsi="BIZ UDP明朝 Medium"/>
              </w:rPr>
            </w:pPr>
            <w:proofErr w:type="spellStart"/>
            <w:r w:rsidRPr="00025580">
              <w:rPr>
                <w:rFonts w:ascii="BIZ UDP明朝 Medium" w:eastAsia="BIZ UDP明朝 Medium" w:hAnsi="BIZ UDP明朝 Medium"/>
              </w:rPr>
              <w:t>項目</w:t>
            </w:r>
            <w:proofErr w:type="spellEnd"/>
          </w:p>
        </w:tc>
        <w:tc>
          <w:tcPr>
            <w:tcW w:w="4320" w:type="dxa"/>
            <w:shd w:val="clear" w:color="auto" w:fill="EEECE1" w:themeFill="background2"/>
            <w:vAlign w:val="center"/>
          </w:tcPr>
          <w:p w:rsidR="003A4069" w:rsidRPr="00025580" w:rsidRDefault="00317E9A" w:rsidP="00CF6B5F">
            <w:pPr>
              <w:jc w:val="center"/>
              <w:rPr>
                <w:rFonts w:ascii="BIZ UDP明朝 Medium" w:eastAsia="BIZ UDP明朝 Medium" w:hAnsi="BIZ UDP明朝 Medium"/>
              </w:rPr>
            </w:pPr>
            <w:proofErr w:type="spellStart"/>
            <w:r w:rsidRPr="00025580">
              <w:rPr>
                <w:rFonts w:ascii="BIZ UDP明朝 Medium" w:eastAsia="BIZ UDP明朝 Medium" w:hAnsi="BIZ UDP明朝 Medium"/>
              </w:rPr>
              <w:t>仕様</w:t>
            </w:r>
            <w:proofErr w:type="spellEnd"/>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接続方式</w:t>
            </w:r>
            <w:proofErr w:type="spellEnd"/>
          </w:p>
        </w:tc>
        <w:tc>
          <w:tcPr>
            <w:tcW w:w="4320"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Bluetooth</w:t>
            </w:r>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対応規格</w:t>
            </w:r>
            <w:proofErr w:type="spellEnd"/>
          </w:p>
        </w:tc>
        <w:tc>
          <w:tcPr>
            <w:tcW w:w="4320" w:type="dxa"/>
          </w:tcPr>
          <w:p w:rsidR="003A4069" w:rsidRPr="00025580" w:rsidRDefault="00317E9A">
            <w:pPr>
              <w:rPr>
                <w:rFonts w:ascii="BIZ UDP明朝 Medium" w:eastAsia="BIZ UDP明朝 Medium" w:hAnsi="BIZ UDP明朝 Medium"/>
              </w:rPr>
            </w:pPr>
            <w:r w:rsidRPr="00025580">
              <w:rPr>
                <w:rFonts w:ascii="BIZ UDP明朝 Medium" w:eastAsia="BIZ UDP明朝 Medium" w:hAnsi="BIZ UDP明朝 Medium"/>
              </w:rPr>
              <w:t>NFC Type-A / Type-B</w:t>
            </w:r>
            <w:r w:rsidR="004112D1" w:rsidRPr="00025580">
              <w:rPr>
                <w:rFonts w:ascii="BIZ UDP明朝 Medium" w:eastAsia="BIZ UDP明朝 Medium" w:hAnsi="BIZ UDP明朝 Medium"/>
              </w:rPr>
              <w:t xml:space="preserve"> </w:t>
            </w:r>
            <w:proofErr w:type="spellStart"/>
            <w:r w:rsidR="004112D1" w:rsidRPr="00025580">
              <w:rPr>
                <w:rFonts w:ascii="BIZ UDP明朝 Medium" w:eastAsia="BIZ UDP明朝 Medium" w:hAnsi="BIZ UDP明朝 Medium"/>
              </w:rPr>
              <w:t>に対応</w:t>
            </w:r>
            <w:proofErr w:type="spellEnd"/>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対応カード</w:t>
            </w:r>
            <w:proofErr w:type="spellEnd"/>
          </w:p>
        </w:tc>
        <w:tc>
          <w:tcPr>
            <w:tcW w:w="4320" w:type="dxa"/>
          </w:tcPr>
          <w:p w:rsidR="003A4069" w:rsidRPr="00025580" w:rsidRDefault="00317E9A">
            <w:pPr>
              <w:rPr>
                <w:rFonts w:ascii="BIZ UDP明朝 Medium" w:eastAsia="BIZ UDP明朝 Medium" w:hAnsi="BIZ UDP明朝 Medium"/>
                <w:lang w:eastAsia="ja-JP"/>
              </w:rPr>
            </w:pPr>
            <w:r w:rsidRPr="00025580">
              <w:rPr>
                <w:rFonts w:ascii="BIZ UDP明朝 Medium" w:eastAsia="BIZ UDP明朝 Medium" w:hAnsi="BIZ UDP明朝 Medium"/>
                <w:lang w:eastAsia="ja-JP"/>
              </w:rPr>
              <w:t>マイナンバーカードのICチップ読取が可能</w:t>
            </w:r>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読取方式</w:t>
            </w:r>
            <w:proofErr w:type="spellEnd"/>
          </w:p>
        </w:tc>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非接触ICカード</w:t>
            </w:r>
            <w:proofErr w:type="spellEnd"/>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連携</w:t>
            </w:r>
            <w:proofErr w:type="spellEnd"/>
          </w:p>
        </w:tc>
        <w:tc>
          <w:tcPr>
            <w:tcW w:w="4320" w:type="dxa"/>
          </w:tcPr>
          <w:p w:rsidR="003A4069" w:rsidRPr="00025580" w:rsidRDefault="00317E9A">
            <w:pPr>
              <w:rPr>
                <w:rFonts w:ascii="BIZ UDP明朝 Medium" w:eastAsia="BIZ UDP明朝 Medium" w:hAnsi="BIZ UDP明朝 Medium"/>
                <w:lang w:eastAsia="ja-JP"/>
              </w:rPr>
            </w:pPr>
            <w:r w:rsidRPr="00025580">
              <w:rPr>
                <w:rFonts w:ascii="BIZ UDP明朝 Medium" w:eastAsia="BIZ UDP明朝 Medium" w:hAnsi="BIZ UDP明朝 Medium"/>
                <w:lang w:eastAsia="ja-JP"/>
              </w:rPr>
              <w:t>提供タブレットと正常動作すること</w:t>
            </w:r>
          </w:p>
        </w:tc>
      </w:tr>
      <w:tr w:rsidR="00025580"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電源</w:t>
            </w:r>
            <w:proofErr w:type="spellEnd"/>
          </w:p>
        </w:tc>
        <w:tc>
          <w:tcPr>
            <w:tcW w:w="4320" w:type="dxa"/>
          </w:tcPr>
          <w:p w:rsidR="003A4069" w:rsidRPr="00025580" w:rsidRDefault="00317E9A">
            <w:pPr>
              <w:rPr>
                <w:rFonts w:ascii="BIZ UDP明朝 Medium" w:eastAsia="BIZ UDP明朝 Medium" w:hAnsi="BIZ UDP明朝 Medium"/>
                <w:lang w:eastAsia="ja-JP"/>
              </w:rPr>
            </w:pPr>
            <w:r w:rsidRPr="00025580">
              <w:rPr>
                <w:rFonts w:ascii="BIZ UDP明朝 Medium" w:eastAsia="BIZ UDP明朝 Medium" w:hAnsi="BIZ UDP明朝 Medium"/>
                <w:lang w:eastAsia="ja-JP"/>
              </w:rPr>
              <w:t>内蔵バッテリー又はUSB充電</w:t>
            </w:r>
          </w:p>
        </w:tc>
      </w:tr>
      <w:tr w:rsidR="00317E9A" w:rsidRPr="00025580" w:rsidTr="00CF6B5F">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技適</w:t>
            </w:r>
            <w:proofErr w:type="spellEnd"/>
          </w:p>
        </w:tc>
        <w:tc>
          <w:tcPr>
            <w:tcW w:w="4320" w:type="dxa"/>
          </w:tcPr>
          <w:p w:rsidR="003A4069" w:rsidRPr="00025580" w:rsidRDefault="00317E9A">
            <w:pPr>
              <w:rPr>
                <w:rFonts w:ascii="BIZ UDP明朝 Medium" w:eastAsia="BIZ UDP明朝 Medium" w:hAnsi="BIZ UDP明朝 Medium"/>
              </w:rPr>
            </w:pPr>
            <w:proofErr w:type="spellStart"/>
            <w:r w:rsidRPr="00025580">
              <w:rPr>
                <w:rFonts w:ascii="BIZ UDP明朝 Medium" w:eastAsia="BIZ UDP明朝 Medium" w:hAnsi="BIZ UDP明朝 Medium"/>
              </w:rPr>
              <w:t>技術基準適合証明取得済</w:t>
            </w:r>
            <w:proofErr w:type="spellEnd"/>
          </w:p>
        </w:tc>
      </w:tr>
    </w:tbl>
    <w:p w:rsidR="0058759B" w:rsidRPr="00025580" w:rsidRDefault="0058759B" w:rsidP="0058759B">
      <w:pPr>
        <w:rPr>
          <w:rFonts w:ascii="BIZ UDP明朝 Medium" w:eastAsia="BIZ UDP明朝 Medium" w:hAnsi="BIZ UDP明朝 Medium"/>
          <w:lang w:eastAsia="ja-JP"/>
        </w:rPr>
      </w:pP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６　マイナンバーカード対応要件</w:t>
      </w:r>
    </w:p>
    <w:p w:rsidR="00A975F5" w:rsidRPr="00025580" w:rsidRDefault="00A975F5"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本市が導入する避難所受付システムにおいてマイナンバーカードの読取が正常に行えること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提供端末でマイナンバーカード読取が正常に行えること</w:t>
      </w: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７　ソフトウェア互換性</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NFC読取機が提供端末で正常動作すること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マイナンバーカード読取アプリとの互換性があること</w:t>
      </w: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８　保守・保証</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保証期間は</w:t>
      </w:r>
      <w:r w:rsidR="00A16DAC">
        <w:rPr>
          <w:rFonts w:ascii="BIZ UDP明朝 Medium" w:eastAsia="BIZ UDP明朝 Medium" w:hAnsi="BIZ UDP明朝 Medium" w:hint="eastAsia"/>
          <w:lang w:eastAsia="ja-JP"/>
        </w:rPr>
        <w:t>1</w:t>
      </w:r>
      <w:r w:rsidRPr="00025580">
        <w:rPr>
          <w:rFonts w:ascii="BIZ UDP明朝 Medium" w:eastAsia="BIZ UDP明朝 Medium" w:hAnsi="BIZ UDP明朝 Medium"/>
          <w:lang w:eastAsia="ja-JP"/>
        </w:rPr>
        <w:t>年以上とすること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初期不良時には速やかな交換対応が可能であること</w:t>
      </w:r>
    </w:p>
    <w:p w:rsidR="003A4069"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日本国内にサポート窓口</w:t>
      </w:r>
      <w:r w:rsidR="004B0F5F">
        <w:rPr>
          <w:rFonts w:ascii="BIZ UDP明朝 Medium" w:eastAsia="BIZ UDP明朝 Medium" w:hAnsi="BIZ UDP明朝 Medium" w:hint="eastAsia"/>
          <w:lang w:eastAsia="ja-JP"/>
        </w:rPr>
        <w:t>及び保守拠点</w:t>
      </w:r>
      <w:r w:rsidRPr="00025580">
        <w:rPr>
          <w:rFonts w:ascii="BIZ UDP明朝 Medium" w:eastAsia="BIZ UDP明朝 Medium" w:hAnsi="BIZ UDP明朝 Medium"/>
          <w:lang w:eastAsia="ja-JP"/>
        </w:rPr>
        <w:t>を有すること</w:t>
      </w:r>
    </w:p>
    <w:p w:rsidR="00234CD4" w:rsidRPr="00025580" w:rsidRDefault="00234CD4" w:rsidP="00177E2E">
      <w:pPr>
        <w:spacing w:line="360" w:lineRule="auto"/>
        <w:rPr>
          <w:rFonts w:ascii="BIZ UDP明朝 Medium" w:eastAsia="BIZ UDP明朝 Medium" w:hAnsi="BIZ UDP明朝 Medium"/>
          <w:lang w:eastAsia="ja-JP"/>
        </w:rPr>
      </w:pPr>
      <w:r w:rsidRPr="00234CD4">
        <w:rPr>
          <w:rFonts w:ascii="BIZ UDP明朝 Medium" w:eastAsia="BIZ UDP明朝 Medium" w:hAnsi="BIZ UDP明朝 Medium" w:hint="eastAsia"/>
          <w:lang w:eastAsia="ja-JP"/>
        </w:rPr>
        <w:t>納品後</w:t>
      </w:r>
      <w:r w:rsidR="00A16DAC">
        <w:rPr>
          <w:rFonts w:ascii="BIZ UDP明朝 Medium" w:eastAsia="BIZ UDP明朝 Medium" w:hAnsi="BIZ UDP明朝 Medium" w:hint="eastAsia"/>
          <w:lang w:eastAsia="ja-JP"/>
        </w:rPr>
        <w:t>5</w:t>
      </w:r>
      <w:r w:rsidRPr="00234CD4">
        <w:rPr>
          <w:rFonts w:ascii="BIZ UDP明朝 Medium" w:eastAsia="BIZ UDP明朝 Medium" w:hAnsi="BIZ UDP明朝 Medium" w:hint="eastAsia"/>
          <w:lang w:eastAsia="ja-JP"/>
        </w:rPr>
        <w:t>年間以上、修理又は代替機の提供等により保守対応が可能であること</w:t>
      </w: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lastRenderedPageBreak/>
        <w:t>９　法令適合</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技術基準適合証明（技適）を取得していること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電気用品安全法に適合していること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日本国内で販売されている製品であること</w:t>
      </w: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１０　見積条件</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タブレット端末本体価格を明示すること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NFC読取機を付属する場合はその価格を明示すること</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NFC読取機の価格はタブレット端末の見積金額に合算すること</w:t>
      </w:r>
    </w:p>
    <w:p w:rsidR="00642A4D" w:rsidRPr="00642A4D" w:rsidRDefault="00642A4D" w:rsidP="00177E2E">
      <w:pPr>
        <w:pStyle w:val="21"/>
        <w:spacing w:line="360" w:lineRule="auto"/>
        <w:rPr>
          <w:rFonts w:ascii="BIZ UDP明朝 Medium" w:eastAsia="BIZ UDP明朝 Medium" w:hAnsi="BIZ UDP明朝 Medium"/>
          <w:color w:val="auto"/>
          <w:sz w:val="28"/>
          <w:lang w:eastAsia="ja-JP"/>
        </w:rPr>
      </w:pPr>
      <w:r w:rsidRPr="00642A4D">
        <w:rPr>
          <w:rFonts w:ascii="BIZ UDP明朝 Medium" w:eastAsia="BIZ UDP明朝 Medium" w:hAnsi="BIZ UDP明朝 Medium" w:hint="eastAsia"/>
          <w:color w:val="auto"/>
          <w:sz w:val="28"/>
          <w:lang w:eastAsia="ja-JP"/>
        </w:rPr>
        <w:t>１１　情報セキュリティ</w:t>
      </w:r>
    </w:p>
    <w:p w:rsidR="00642A4D" w:rsidRPr="00642A4D" w:rsidRDefault="00642A4D" w:rsidP="00642A4D">
      <w:pPr>
        <w:ind w:firstLineChars="100" w:firstLine="220"/>
        <w:rPr>
          <w:rFonts w:ascii="BIZ UDP明朝 Medium" w:eastAsia="BIZ UDP明朝 Medium" w:hAnsi="BIZ UDP明朝 Medium"/>
          <w:lang w:eastAsia="ja-JP"/>
        </w:rPr>
      </w:pPr>
      <w:r w:rsidRPr="00642A4D">
        <w:rPr>
          <w:rFonts w:ascii="BIZ UDP明朝 Medium" w:eastAsia="BIZ UDP明朝 Medium" w:hAnsi="BIZ UDP明朝 Medium" w:hint="eastAsia"/>
          <w:lang w:eastAsia="ja-JP"/>
        </w:rPr>
        <w:t>製造者が公開されたセキュリティポリシーを有し、脆弱性情報及びセキュリティアップデート情報を継続的に公表していること</w:t>
      </w:r>
    </w:p>
    <w:p w:rsidR="003A4069" w:rsidRPr="00025580" w:rsidRDefault="00317E9A" w:rsidP="00177E2E">
      <w:pPr>
        <w:pStyle w:val="21"/>
        <w:spacing w:line="360" w:lineRule="auto"/>
        <w:rPr>
          <w:rFonts w:ascii="BIZ UDP明朝 Medium" w:eastAsia="BIZ UDP明朝 Medium" w:hAnsi="BIZ UDP明朝 Medium"/>
          <w:color w:val="auto"/>
          <w:sz w:val="28"/>
          <w:lang w:eastAsia="ja-JP"/>
        </w:rPr>
      </w:pPr>
      <w:r w:rsidRPr="00025580">
        <w:rPr>
          <w:rFonts w:ascii="BIZ UDP明朝 Medium" w:eastAsia="BIZ UDP明朝 Medium" w:hAnsi="BIZ UDP明朝 Medium"/>
          <w:color w:val="auto"/>
          <w:sz w:val="28"/>
          <w:lang w:eastAsia="ja-JP"/>
        </w:rPr>
        <w:t>１２　動作確認責任</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タブレット端末とNFC読取機の接続確認</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マイナンバーカードのICチップ読取確認</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業務アプリケーションでの読取確認</w:t>
      </w:r>
    </w:p>
    <w:p w:rsidR="003A4069" w:rsidRPr="00025580" w:rsidRDefault="00317E9A"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lang w:eastAsia="ja-JP"/>
        </w:rPr>
        <w:t>正常に動作しない場合はの責任で調整又は交換を行うこと</w:t>
      </w:r>
    </w:p>
    <w:p w:rsidR="00A975F5" w:rsidRPr="00025580" w:rsidRDefault="00A975F5" w:rsidP="00177E2E">
      <w:pPr>
        <w:spacing w:line="360" w:lineRule="auto"/>
        <w:rPr>
          <w:rFonts w:ascii="BIZ UDP明朝 Medium" w:eastAsia="BIZ UDP明朝 Medium" w:hAnsi="BIZ UDP明朝 Medium"/>
          <w:lang w:eastAsia="ja-JP"/>
        </w:rPr>
      </w:pPr>
      <w:r w:rsidRPr="00025580">
        <w:rPr>
          <w:rFonts w:ascii="BIZ UDP明朝 Medium" w:eastAsia="BIZ UDP明朝 Medium" w:hAnsi="BIZ UDP明朝 Medium" w:hint="eastAsia"/>
          <w:lang w:eastAsia="ja-JP"/>
        </w:rPr>
        <w:t>納品時には初期設定済みの状態で納品すること</w:t>
      </w:r>
    </w:p>
    <w:sectPr w:rsidR="00A975F5" w:rsidRPr="00025580"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2D1" w:rsidRDefault="004112D1" w:rsidP="004112D1">
      <w:pPr>
        <w:spacing w:after="0" w:line="240" w:lineRule="auto"/>
      </w:pPr>
      <w:r>
        <w:separator/>
      </w:r>
    </w:p>
  </w:endnote>
  <w:endnote w:type="continuationSeparator" w:id="0">
    <w:p w:rsidR="004112D1" w:rsidRDefault="004112D1" w:rsidP="0041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2D1" w:rsidRDefault="004112D1" w:rsidP="004112D1">
      <w:pPr>
        <w:spacing w:after="0" w:line="240" w:lineRule="auto"/>
      </w:pPr>
      <w:r>
        <w:separator/>
      </w:r>
    </w:p>
  </w:footnote>
  <w:footnote w:type="continuationSeparator" w:id="0">
    <w:p w:rsidR="004112D1" w:rsidRDefault="004112D1" w:rsidP="00411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BA6F23"/>
    <w:multiLevelType w:val="hybridMultilevel"/>
    <w:tmpl w:val="A248212E"/>
    <w:lvl w:ilvl="0" w:tplc="FFB097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4887B61"/>
    <w:multiLevelType w:val="hybridMultilevel"/>
    <w:tmpl w:val="9D822458"/>
    <w:lvl w:ilvl="0" w:tplc="1682BA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46C1E30"/>
    <w:multiLevelType w:val="hybridMultilevel"/>
    <w:tmpl w:val="7DB2A926"/>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63352B4"/>
    <w:multiLevelType w:val="hybridMultilevel"/>
    <w:tmpl w:val="F22AC0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80E004C"/>
    <w:multiLevelType w:val="hybridMultilevel"/>
    <w:tmpl w:val="FF727A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969019A"/>
    <w:multiLevelType w:val="hybridMultilevel"/>
    <w:tmpl w:val="356855E8"/>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F5A0408"/>
    <w:multiLevelType w:val="hybridMultilevel"/>
    <w:tmpl w:val="98BC01F6"/>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C50A6D"/>
    <w:multiLevelType w:val="hybridMultilevel"/>
    <w:tmpl w:val="4F3C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526405A"/>
    <w:multiLevelType w:val="hybridMultilevel"/>
    <w:tmpl w:val="400C7452"/>
    <w:lvl w:ilvl="0" w:tplc="B84CF5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7D3D00"/>
    <w:multiLevelType w:val="hybridMultilevel"/>
    <w:tmpl w:val="B240E970"/>
    <w:lvl w:ilvl="0" w:tplc="94DEB3C8">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17838F0"/>
    <w:multiLevelType w:val="hybridMultilevel"/>
    <w:tmpl w:val="0DFCFAC2"/>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7FB5CA8"/>
    <w:multiLevelType w:val="hybridMultilevel"/>
    <w:tmpl w:val="A4329F0C"/>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6FF68CF"/>
    <w:multiLevelType w:val="hybridMultilevel"/>
    <w:tmpl w:val="53CC19D0"/>
    <w:lvl w:ilvl="0" w:tplc="94DEB3C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D1618E"/>
    <w:multiLevelType w:val="hybridMultilevel"/>
    <w:tmpl w:val="91E43C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7"/>
  </w:num>
  <w:num w:numId="11">
    <w:abstractNumId w:val="10"/>
  </w:num>
  <w:num w:numId="12">
    <w:abstractNumId w:val="13"/>
  </w:num>
  <w:num w:numId="13">
    <w:abstractNumId w:val="20"/>
  </w:num>
  <w:num w:numId="14">
    <w:abstractNumId w:val="14"/>
  </w:num>
  <w:num w:numId="15">
    <w:abstractNumId w:val="16"/>
  </w:num>
  <w:num w:numId="16">
    <w:abstractNumId w:val="9"/>
  </w:num>
  <w:num w:numId="17">
    <w:abstractNumId w:val="15"/>
  </w:num>
  <w:num w:numId="18">
    <w:abstractNumId w:val="11"/>
  </w:num>
  <w:num w:numId="19">
    <w:abstractNumId w:val="21"/>
  </w:num>
  <w:num w:numId="20">
    <w:abstractNumId w:val="19"/>
  </w:num>
  <w:num w:numId="21">
    <w:abstractNumId w:val="18"/>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720"/>
  <w:characterSpacingControl w:val="doNotCompress"/>
  <w:hdrShapeDefaults>
    <o:shapedefaults v:ext="edit" spidmax="4096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580"/>
    <w:rsid w:val="00034616"/>
    <w:rsid w:val="0006063C"/>
    <w:rsid w:val="000D067A"/>
    <w:rsid w:val="001132CB"/>
    <w:rsid w:val="0015074B"/>
    <w:rsid w:val="00152B05"/>
    <w:rsid w:val="00177E2E"/>
    <w:rsid w:val="00234CD4"/>
    <w:rsid w:val="0029639D"/>
    <w:rsid w:val="002C685A"/>
    <w:rsid w:val="00304ED2"/>
    <w:rsid w:val="00316B5F"/>
    <w:rsid w:val="00317E9A"/>
    <w:rsid w:val="00326F90"/>
    <w:rsid w:val="003A4069"/>
    <w:rsid w:val="004112D1"/>
    <w:rsid w:val="00446EFA"/>
    <w:rsid w:val="004B0F5F"/>
    <w:rsid w:val="0058759B"/>
    <w:rsid w:val="005A094E"/>
    <w:rsid w:val="005A4811"/>
    <w:rsid w:val="005B7AC1"/>
    <w:rsid w:val="0064116D"/>
    <w:rsid w:val="00642A4D"/>
    <w:rsid w:val="0065198A"/>
    <w:rsid w:val="006874F8"/>
    <w:rsid w:val="006C7182"/>
    <w:rsid w:val="00855645"/>
    <w:rsid w:val="009D16F3"/>
    <w:rsid w:val="00A16DAC"/>
    <w:rsid w:val="00A975F5"/>
    <w:rsid w:val="00AA1D8D"/>
    <w:rsid w:val="00AA5955"/>
    <w:rsid w:val="00B33BE9"/>
    <w:rsid w:val="00B47730"/>
    <w:rsid w:val="00BB4DDF"/>
    <w:rsid w:val="00BC3900"/>
    <w:rsid w:val="00BD52DA"/>
    <w:rsid w:val="00CB0664"/>
    <w:rsid w:val="00CF6B5F"/>
    <w:rsid w:val="00D66B34"/>
    <w:rsid w:val="00D71C2B"/>
    <w:rsid w:val="00D90FFC"/>
    <w:rsid w:val="00E608B5"/>
    <w:rsid w:val="00E63F16"/>
    <w:rsid w:val="00ED6358"/>
    <w:rsid w:val="00F9509F"/>
    <w:rsid w:val="00FA0DF5"/>
    <w:rsid w:val="00FC693F"/>
    <w:rsid w:val="00FC7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v:textbox inset="5.85pt,.7pt,5.85pt,.7pt"/>
    </o:shapedefaults>
    <o:shapelayout v:ext="edit">
      <o:idmap v:ext="edit" data="1"/>
    </o:shapelayout>
  </w:shapeDefaults>
  <w:decimalSymbol w:val="."/>
  <w:listSeparator w:val=","/>
  <w14:docId w14:val="4EDDB4F3"/>
  <w14:defaultImageDpi w14:val="300"/>
  <w15:docId w15:val="{E71BB773-067B-433D-909B-DB4BC14D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Balloon Text"/>
    <w:basedOn w:val="a1"/>
    <w:link w:val="aff0"/>
    <w:uiPriority w:val="99"/>
    <w:semiHidden/>
    <w:unhideWhenUsed/>
    <w:rsid w:val="00D90FFC"/>
    <w:pPr>
      <w:spacing w:after="0" w:line="240" w:lineRule="auto"/>
    </w:pPr>
    <w:rPr>
      <w:rFonts w:asciiTheme="majorHAnsi" w:eastAsiaTheme="majorEastAsia" w:hAnsiTheme="majorHAnsi" w:cstheme="majorBidi"/>
      <w:sz w:val="18"/>
      <w:szCs w:val="18"/>
    </w:rPr>
  </w:style>
  <w:style w:type="character" w:customStyle="1" w:styleId="aff0">
    <w:name w:val="吹き出し (文字)"/>
    <w:basedOn w:val="a2"/>
    <w:link w:val="aff"/>
    <w:uiPriority w:val="99"/>
    <w:semiHidden/>
    <w:rsid w:val="00D90F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193259">
      <w:bodyDiv w:val="1"/>
      <w:marLeft w:val="0"/>
      <w:marRight w:val="0"/>
      <w:marTop w:val="0"/>
      <w:marBottom w:val="0"/>
      <w:divBdr>
        <w:top w:val="none" w:sz="0" w:space="0" w:color="auto"/>
        <w:left w:val="none" w:sz="0" w:space="0" w:color="auto"/>
        <w:bottom w:val="none" w:sz="0" w:space="0" w:color="auto"/>
        <w:right w:val="none" w:sz="0" w:space="0" w:color="auto"/>
      </w:divBdr>
      <w:divsChild>
        <w:div w:id="2072653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5F9CC-B96D-4467-AFCF-237A4CE0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7</Pages>
  <Words>288</Words>
  <Characters>1646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和歌山市</cp:lastModifiedBy>
  <cp:revision>28</cp:revision>
  <cp:lastPrinted>2026-07-28T01:09:00Z</cp:lastPrinted>
  <dcterms:created xsi:type="dcterms:W3CDTF">2026-03-10T08:15:00Z</dcterms:created>
  <dcterms:modified xsi:type="dcterms:W3CDTF">2026-07-29T11:06:00Z</dcterms:modified>
  <cp:category/>
</cp:coreProperties>
</file>